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8E088" w14:textId="77777777" w:rsidR="00D96E9D" w:rsidRDefault="00000000">
      <w:pPr>
        <w:pStyle w:val="Title"/>
        <w:jc w:val="center"/>
      </w:pPr>
      <w:r>
        <w:rPr>
          <w:b/>
          <w:color w:val="003366"/>
          <w:sz w:val="56"/>
        </w:rPr>
        <w:t>Ontos Cosmos User Guide</w:t>
      </w:r>
    </w:p>
    <w:p w14:paraId="674AB372" w14:textId="77777777" w:rsidR="00D96E9D" w:rsidRDefault="00000000">
      <w:pPr>
        <w:pStyle w:val="Heading1"/>
        <w:jc w:val="center"/>
      </w:pPr>
      <w:r>
        <w:rPr>
          <w:color w:val="4472C4"/>
          <w:sz w:val="32"/>
        </w:rPr>
        <w:t>Ontology Development Platform</w:t>
      </w:r>
    </w:p>
    <w:p w14:paraId="37D307CA" w14:textId="77777777" w:rsidR="00D96E9D" w:rsidRDefault="00000000">
      <w:pPr>
        <w:jc w:val="center"/>
      </w:pPr>
      <w:r>
        <w:rPr>
          <w:i/>
          <w:color w:val="595959"/>
        </w:rPr>
        <w:t>Version 1.1 (Enhanced)</w:t>
      </w:r>
    </w:p>
    <w:p w14:paraId="35DE8F06" w14:textId="77777777" w:rsidR="00D96E9D" w:rsidRDefault="00000000">
      <w:pPr>
        <w:jc w:val="center"/>
      </w:pPr>
      <w:r>
        <w:rPr>
          <w:i/>
          <w:color w:val="595959"/>
        </w:rPr>
        <w:t>January 2025</w:t>
      </w:r>
    </w:p>
    <w:p w14:paraId="3621AD53" w14:textId="77777777" w:rsidR="00D96E9D" w:rsidRDefault="00000000">
      <w:r>
        <w:t>__________________________________________________</w:t>
      </w:r>
    </w:p>
    <w:p w14:paraId="45032251" w14:textId="77777777" w:rsidR="00D96E9D" w:rsidRDefault="00000000">
      <w:pPr>
        <w:pStyle w:val="Heading1"/>
      </w:pPr>
      <w:r>
        <w:t>Table of Contents</w:t>
      </w:r>
    </w:p>
    <w:p w14:paraId="24485D1C" w14:textId="77777777" w:rsidR="00D96E9D" w:rsidRDefault="00000000">
      <w:pPr>
        <w:pStyle w:val="ListNumber"/>
      </w:pPr>
      <w:r>
        <w:t>Introduction</w:t>
      </w:r>
    </w:p>
    <w:p w14:paraId="0728D34B" w14:textId="77777777" w:rsidR="00D96E9D" w:rsidRDefault="00000000">
      <w:r>
        <w:t xml:space="preserve">   - 1.1 Platform Architecture</w:t>
      </w:r>
    </w:p>
    <w:p w14:paraId="443E88BC" w14:textId="77777777" w:rsidR="00D96E9D" w:rsidRDefault="00000000">
      <w:r>
        <w:t xml:space="preserve">   - 1.2 User Roles</w:t>
      </w:r>
    </w:p>
    <w:p w14:paraId="2E107FBF" w14:textId="77777777" w:rsidR="00D96E9D" w:rsidRDefault="00000000">
      <w:pPr>
        <w:pStyle w:val="ListNumber"/>
      </w:pPr>
      <w:r>
        <w:t>Getting Started</w:t>
      </w:r>
    </w:p>
    <w:p w14:paraId="4A0187FF" w14:textId="77777777" w:rsidR="00D96E9D" w:rsidRDefault="00000000">
      <w:pPr>
        <w:pStyle w:val="ListNumber"/>
      </w:pPr>
      <w:r>
        <w:t>Account Management</w:t>
      </w:r>
    </w:p>
    <w:p w14:paraId="37CB11A9" w14:textId="77777777" w:rsidR="00D96E9D" w:rsidRDefault="00000000">
      <w:pPr>
        <w:pStyle w:val="ListNumber"/>
      </w:pPr>
      <w:r>
        <w:t>Dashboard Overview</w:t>
      </w:r>
    </w:p>
    <w:p w14:paraId="047159F0" w14:textId="77777777" w:rsidR="00D96E9D" w:rsidRDefault="00000000">
      <w:pPr>
        <w:pStyle w:val="ListNumber"/>
      </w:pPr>
      <w:r>
        <w:t>Project Management</w:t>
      </w:r>
    </w:p>
    <w:p w14:paraId="0B9401FD" w14:textId="77777777" w:rsidR="00D96E9D" w:rsidRDefault="00000000">
      <w:pPr>
        <w:pStyle w:val="ListNumber"/>
      </w:pPr>
      <w:r>
        <w:t>Working with Ontologies</w:t>
      </w:r>
    </w:p>
    <w:p w14:paraId="481D0A6C" w14:textId="77777777" w:rsidR="00D96E9D" w:rsidRDefault="00000000">
      <w:pPr>
        <w:pStyle w:val="ListNumber"/>
      </w:pPr>
      <w:r>
        <w:t>Document Processing</w:t>
      </w:r>
    </w:p>
    <w:p w14:paraId="1D259DF7" w14:textId="77777777" w:rsidR="00D96E9D" w:rsidRDefault="00000000">
      <w:r>
        <w:t xml:space="preserve">   - 7.1 Processing Pipeline Details</w:t>
      </w:r>
    </w:p>
    <w:p w14:paraId="4729C035" w14:textId="77777777" w:rsidR="00D96E9D" w:rsidRDefault="00000000">
      <w:pPr>
        <w:pStyle w:val="ListNumber"/>
      </w:pPr>
      <w:r>
        <w:t>Leximap Workflow</w:t>
      </w:r>
    </w:p>
    <w:p w14:paraId="27BF82ED" w14:textId="77777777" w:rsidR="00D96E9D" w:rsidRDefault="00000000">
      <w:pPr>
        <w:pStyle w:val="ListNumber"/>
      </w:pPr>
      <w:r>
        <w:t>Blackkey Ontology Management</w:t>
      </w:r>
    </w:p>
    <w:p w14:paraId="790E977C" w14:textId="77777777" w:rsidR="00D96E9D" w:rsidRDefault="00000000">
      <w:pPr>
        <w:pStyle w:val="ListNumber"/>
      </w:pPr>
      <w:r>
        <w:t>Knowledge Graph Visualization</w:t>
      </w:r>
    </w:p>
    <w:p w14:paraId="3FD664A3" w14:textId="77777777" w:rsidR="00D96E9D" w:rsidRDefault="00000000">
      <w:pPr>
        <w:pStyle w:val="ListNumber"/>
      </w:pPr>
      <w:r>
        <w:t>Queries &amp; SPARQL</w:t>
      </w:r>
    </w:p>
    <w:p w14:paraId="1EDF8CF8" w14:textId="77777777" w:rsidR="00D96E9D" w:rsidRDefault="00000000">
      <w:pPr>
        <w:pStyle w:val="ListNumber"/>
      </w:pPr>
      <w:r>
        <w:t>Reports &amp; Validation</w:t>
      </w:r>
    </w:p>
    <w:p w14:paraId="012FD213" w14:textId="77777777" w:rsidR="00D96E9D" w:rsidRDefault="00000000">
      <w:pPr>
        <w:pStyle w:val="ListNumber"/>
      </w:pPr>
      <w:r>
        <w:t>Workspaces</w:t>
      </w:r>
    </w:p>
    <w:p w14:paraId="229ADD6C" w14:textId="77777777" w:rsidR="00D96E9D" w:rsidRDefault="00000000">
      <w:pPr>
        <w:pStyle w:val="ListNumber"/>
      </w:pPr>
      <w:r>
        <w:t>Settings &amp; Preferences</w:t>
      </w:r>
    </w:p>
    <w:p w14:paraId="2A2D4CC2" w14:textId="77777777" w:rsidR="00D96E9D" w:rsidRDefault="00000000">
      <w:pPr>
        <w:pStyle w:val="ListNumber"/>
      </w:pPr>
      <w:r>
        <w:t>Troubleshooting</w:t>
      </w:r>
    </w:p>
    <w:p w14:paraId="26E66942" w14:textId="77777777" w:rsidR="00D96E9D" w:rsidRDefault="00000000">
      <w:r>
        <w:t>__________________________________________________</w:t>
      </w:r>
    </w:p>
    <w:p w14:paraId="7060E2B3" w14:textId="77777777" w:rsidR="00D96E9D" w:rsidRDefault="00000000">
      <w:pPr>
        <w:pStyle w:val="Heading1"/>
        <w:spacing w:before="360" w:after="120"/>
      </w:pPr>
      <w:r>
        <w:rPr>
          <w:rFonts w:ascii="Calibri" w:hAnsi="Calibri"/>
          <w:color w:val="003366"/>
          <w:sz w:val="36"/>
        </w:rPr>
        <w:lastRenderedPageBreak/>
        <w:t>1. Introduction</w:t>
      </w:r>
    </w:p>
    <w:p w14:paraId="4FE5EDCA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What is Ontos Cosmos?</w:t>
      </w:r>
    </w:p>
    <w:p w14:paraId="42E05119" w14:textId="77777777" w:rsidR="00D96E9D" w:rsidRDefault="00000000">
      <w:r>
        <w:t>Ontos Cosmos is an AI-powered ontology development platform that transforms documents into professional-grade semantic ontologies with interactive knowledge graph visualization. The platform supports:</w:t>
      </w:r>
    </w:p>
    <w:p w14:paraId="32940972" w14:textId="77777777" w:rsidR="00D96E9D" w:rsidRDefault="00000000">
      <w:pPr>
        <w:pStyle w:val="ListBullet"/>
      </w:pPr>
      <w:r>
        <w:t>Document Processing: Upload PDF, DOCX, TXT, and other formats for automated analysis</w:t>
      </w:r>
    </w:p>
    <w:p w14:paraId="743B1A53" w14:textId="77777777" w:rsidR="00D96E9D" w:rsidRDefault="00000000">
      <w:pPr>
        <w:pStyle w:val="ListBullet"/>
      </w:pPr>
      <w:r>
        <w:t>Ontology Generation: AI-driven extraction of entities, relationships, and semantic triples</w:t>
      </w:r>
    </w:p>
    <w:p w14:paraId="1A6DE009" w14:textId="77777777" w:rsidR="00D96E9D" w:rsidRDefault="00000000">
      <w:pPr>
        <w:pStyle w:val="ListBullet"/>
      </w:pPr>
      <w:r>
        <w:t>Knowledge Graph Visualization: Interactive D3.js-powered graphs with multiple layout options</w:t>
      </w:r>
    </w:p>
    <w:p w14:paraId="043872BE" w14:textId="77777777" w:rsidR="00D96E9D" w:rsidRDefault="00000000">
      <w:pPr>
        <w:pStyle w:val="ListBullet"/>
      </w:pPr>
      <w:r>
        <w:t>Standards Compliance: BFO (Basic Formal Ontology) and CCO (Common Core Ontologies) alignment</w:t>
      </w:r>
    </w:p>
    <w:p w14:paraId="0496A2B7" w14:textId="77777777" w:rsidR="00D96E9D" w:rsidRDefault="00000000">
      <w:pPr>
        <w:pStyle w:val="ListBullet"/>
      </w:pPr>
      <w:r>
        <w:t>Multi-Format Export: OWL, RDF/TTL, JSON-LD, GraphML, and more</w:t>
      </w:r>
    </w:p>
    <w:p w14:paraId="21ED0918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Key Features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15"/>
        <w:gridCol w:w="4315"/>
      </w:tblGrid>
      <w:tr w:rsidR="00D96E9D" w14:paraId="3E3BCE58" w14:textId="77777777">
        <w:trPr>
          <w:jc w:val="center"/>
        </w:trPr>
        <w:tc>
          <w:tcPr>
            <w:tcW w:w="4320" w:type="dxa"/>
            <w:shd w:val="clear" w:color="auto" w:fill="003366"/>
          </w:tcPr>
          <w:p w14:paraId="1D82A38E" w14:textId="77777777" w:rsidR="00D96E9D" w:rsidRDefault="00000000">
            <w:r>
              <w:rPr>
                <w:b/>
                <w:color w:val="FFFFFF"/>
                <w:sz w:val="20"/>
              </w:rPr>
              <w:t>Feature</w:t>
            </w:r>
          </w:p>
        </w:tc>
        <w:tc>
          <w:tcPr>
            <w:tcW w:w="4320" w:type="dxa"/>
            <w:shd w:val="clear" w:color="auto" w:fill="003366"/>
          </w:tcPr>
          <w:p w14:paraId="37C93D27" w14:textId="77777777" w:rsidR="00D96E9D" w:rsidRDefault="00000000">
            <w:r>
              <w:rPr>
                <w:b/>
                <w:color w:val="FFFFFF"/>
                <w:sz w:val="20"/>
              </w:rPr>
              <w:t>Description</w:t>
            </w:r>
          </w:p>
        </w:tc>
      </w:tr>
      <w:tr w:rsidR="00D96E9D" w14:paraId="3DB7205F" w14:textId="77777777">
        <w:trPr>
          <w:jc w:val="center"/>
        </w:trPr>
        <w:tc>
          <w:tcPr>
            <w:tcW w:w="4320" w:type="dxa"/>
          </w:tcPr>
          <w:p w14:paraId="1767E342" w14:textId="77777777" w:rsidR="00D96E9D" w:rsidRDefault="00000000">
            <w:r>
              <w:rPr>
                <w:sz w:val="20"/>
              </w:rPr>
              <w:t>AI-Powered Processing</w:t>
            </w:r>
          </w:p>
        </w:tc>
        <w:tc>
          <w:tcPr>
            <w:tcW w:w="4320" w:type="dxa"/>
          </w:tcPr>
          <w:p w14:paraId="078613ED" w14:textId="77777777" w:rsidR="00D96E9D" w:rsidRDefault="00000000">
            <w:r>
              <w:rPr>
                <w:sz w:val="20"/>
              </w:rPr>
              <w:t>Leverages Claude AI for intelligent entity extraction</w:t>
            </w:r>
          </w:p>
        </w:tc>
      </w:tr>
      <w:tr w:rsidR="00D96E9D" w14:paraId="00F43158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3561BBF9" w14:textId="77777777" w:rsidR="00D96E9D" w:rsidRDefault="00000000">
            <w:r>
              <w:rPr>
                <w:sz w:val="20"/>
              </w:rPr>
              <w:t>Multi-Tenant Architecture</w:t>
            </w:r>
          </w:p>
        </w:tc>
        <w:tc>
          <w:tcPr>
            <w:tcW w:w="4320" w:type="dxa"/>
            <w:shd w:val="clear" w:color="auto" w:fill="F2F2F2"/>
          </w:tcPr>
          <w:p w14:paraId="017502AC" w14:textId="77777777" w:rsidR="00D96E9D" w:rsidRDefault="00000000">
            <w:r>
              <w:rPr>
                <w:sz w:val="20"/>
              </w:rPr>
              <w:t>Secure project isolation for teams and organizations</w:t>
            </w:r>
          </w:p>
        </w:tc>
      </w:tr>
      <w:tr w:rsidR="00D96E9D" w14:paraId="0D969D75" w14:textId="77777777">
        <w:trPr>
          <w:jc w:val="center"/>
        </w:trPr>
        <w:tc>
          <w:tcPr>
            <w:tcW w:w="4320" w:type="dxa"/>
          </w:tcPr>
          <w:p w14:paraId="33159A91" w14:textId="77777777" w:rsidR="00D96E9D" w:rsidRDefault="00000000">
            <w:r>
              <w:rPr>
                <w:sz w:val="20"/>
              </w:rPr>
              <w:t>Real-Time Collaboration</w:t>
            </w:r>
          </w:p>
        </w:tc>
        <w:tc>
          <w:tcPr>
            <w:tcW w:w="4320" w:type="dxa"/>
          </w:tcPr>
          <w:p w14:paraId="5ED78859" w14:textId="77777777" w:rsidR="00D96E9D" w:rsidRDefault="00000000">
            <w:r>
              <w:rPr>
                <w:sz w:val="20"/>
              </w:rPr>
              <w:t>Work together on ontology development</w:t>
            </w:r>
          </w:p>
        </w:tc>
      </w:tr>
      <w:tr w:rsidR="00D96E9D" w14:paraId="1CEBDFB4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66234893" w14:textId="77777777" w:rsidR="00D96E9D" w:rsidRDefault="00000000">
            <w:r>
              <w:rPr>
                <w:sz w:val="20"/>
              </w:rPr>
              <w:t>Visual Ontology Builder</w:t>
            </w:r>
          </w:p>
        </w:tc>
        <w:tc>
          <w:tcPr>
            <w:tcW w:w="4320" w:type="dxa"/>
            <w:shd w:val="clear" w:color="auto" w:fill="F2F2F2"/>
          </w:tcPr>
          <w:p w14:paraId="72A41CA5" w14:textId="77777777" w:rsidR="00D96E9D" w:rsidRDefault="00000000">
            <w:r>
              <w:rPr>
                <w:sz w:val="20"/>
              </w:rPr>
              <w:t>Drag-and-drop interface for manual refinement</w:t>
            </w:r>
          </w:p>
        </w:tc>
      </w:tr>
      <w:tr w:rsidR="00D96E9D" w14:paraId="71B81AC6" w14:textId="77777777">
        <w:trPr>
          <w:jc w:val="center"/>
        </w:trPr>
        <w:tc>
          <w:tcPr>
            <w:tcW w:w="4320" w:type="dxa"/>
          </w:tcPr>
          <w:p w14:paraId="1FF1B650" w14:textId="77777777" w:rsidR="00D96E9D" w:rsidRDefault="00000000">
            <w:r>
              <w:rPr>
                <w:sz w:val="20"/>
              </w:rPr>
              <w:t>Quality Validation</w:t>
            </w:r>
          </w:p>
        </w:tc>
        <w:tc>
          <w:tcPr>
            <w:tcW w:w="4320" w:type="dxa"/>
          </w:tcPr>
          <w:p w14:paraId="16EBDE33" w14:textId="77777777" w:rsidR="00D96E9D" w:rsidRDefault="00000000">
            <w:r>
              <w:rPr>
                <w:sz w:val="20"/>
              </w:rPr>
              <w:t>Automated checks for ontology consistency and completeness</w:t>
            </w:r>
          </w:p>
        </w:tc>
      </w:tr>
    </w:tbl>
    <w:p w14:paraId="2681477C" w14:textId="77777777" w:rsidR="00D96E9D" w:rsidRDefault="00000000">
      <w:pPr>
        <w:pStyle w:val="Heading1"/>
        <w:spacing w:before="360" w:after="120"/>
      </w:pPr>
      <w:r>
        <w:rPr>
          <w:rFonts w:ascii="Calibri" w:hAnsi="Calibri"/>
          <w:color w:val="003366"/>
          <w:sz w:val="36"/>
        </w:rPr>
        <w:t>2. Platform Architecture</w:t>
      </w:r>
    </w:p>
    <w:p w14:paraId="48A02235" w14:textId="77777777" w:rsidR="00D96E9D" w:rsidRDefault="00000000">
      <w:r>
        <w:t>Ontos Cosmos is built on a modern microservices architecture designed for scalability, security, and real-time collaboration.</w:t>
      </w:r>
    </w:p>
    <w:p w14:paraId="424D3401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Core Components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15"/>
        <w:gridCol w:w="4315"/>
      </w:tblGrid>
      <w:tr w:rsidR="00D96E9D" w14:paraId="29C40D6C" w14:textId="77777777">
        <w:trPr>
          <w:jc w:val="center"/>
        </w:trPr>
        <w:tc>
          <w:tcPr>
            <w:tcW w:w="4320" w:type="dxa"/>
            <w:shd w:val="clear" w:color="auto" w:fill="003366"/>
          </w:tcPr>
          <w:p w14:paraId="26D0E1A8" w14:textId="77777777" w:rsidR="00D96E9D" w:rsidRDefault="00000000">
            <w:r>
              <w:rPr>
                <w:b/>
                <w:color w:val="FFFFFF"/>
                <w:sz w:val="20"/>
              </w:rPr>
              <w:t>Component</w:t>
            </w:r>
          </w:p>
        </w:tc>
        <w:tc>
          <w:tcPr>
            <w:tcW w:w="4320" w:type="dxa"/>
            <w:shd w:val="clear" w:color="auto" w:fill="003366"/>
          </w:tcPr>
          <w:p w14:paraId="366DB4F6" w14:textId="77777777" w:rsidR="00D96E9D" w:rsidRDefault="00000000">
            <w:r>
              <w:rPr>
                <w:b/>
                <w:color w:val="FFFFFF"/>
                <w:sz w:val="20"/>
              </w:rPr>
              <w:t>Description</w:t>
            </w:r>
          </w:p>
        </w:tc>
      </w:tr>
      <w:tr w:rsidR="00D96E9D" w14:paraId="66188653" w14:textId="77777777">
        <w:trPr>
          <w:jc w:val="center"/>
        </w:trPr>
        <w:tc>
          <w:tcPr>
            <w:tcW w:w="4320" w:type="dxa"/>
          </w:tcPr>
          <w:p w14:paraId="6143A9B8" w14:textId="77777777" w:rsidR="00D96E9D" w:rsidRDefault="00000000">
            <w:r>
              <w:rPr>
                <w:sz w:val="20"/>
              </w:rPr>
              <w:t>Frontend</w:t>
            </w:r>
          </w:p>
        </w:tc>
        <w:tc>
          <w:tcPr>
            <w:tcW w:w="4320" w:type="dxa"/>
          </w:tcPr>
          <w:p w14:paraId="7BD2EE9A" w14:textId="77777777" w:rsidR="00D96E9D" w:rsidRDefault="00000000">
            <w:r>
              <w:rPr>
                <w:sz w:val="20"/>
              </w:rPr>
              <w:t>React 18 + Vite SPA with widget-based workspace system</w:t>
            </w:r>
          </w:p>
        </w:tc>
      </w:tr>
      <w:tr w:rsidR="00D96E9D" w14:paraId="7DB3A3FF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55E60C12" w14:textId="77777777" w:rsidR="00D96E9D" w:rsidRDefault="00000000">
            <w:r>
              <w:rPr>
                <w:sz w:val="20"/>
              </w:rPr>
              <w:t>Gateway Service</w:t>
            </w:r>
          </w:p>
        </w:tc>
        <w:tc>
          <w:tcPr>
            <w:tcW w:w="4320" w:type="dxa"/>
            <w:shd w:val="clear" w:color="auto" w:fill="F2F2F2"/>
          </w:tcPr>
          <w:p w14:paraId="7569FA48" w14:textId="77777777" w:rsidR="00D96E9D" w:rsidRDefault="00000000">
            <w:r>
              <w:rPr>
                <w:sz w:val="20"/>
              </w:rPr>
              <w:t>WebSocket gateway bridging frontend to backend services</w:t>
            </w:r>
          </w:p>
        </w:tc>
      </w:tr>
      <w:tr w:rsidR="00D96E9D" w14:paraId="0B5C67EB" w14:textId="77777777">
        <w:trPr>
          <w:jc w:val="center"/>
        </w:trPr>
        <w:tc>
          <w:tcPr>
            <w:tcW w:w="4320" w:type="dxa"/>
          </w:tcPr>
          <w:p w14:paraId="6FA779FA" w14:textId="77777777" w:rsidR="00D96E9D" w:rsidRDefault="00000000">
            <w:r>
              <w:rPr>
                <w:sz w:val="20"/>
              </w:rPr>
              <w:t>Data Service</w:t>
            </w:r>
          </w:p>
        </w:tc>
        <w:tc>
          <w:tcPr>
            <w:tcW w:w="4320" w:type="dxa"/>
          </w:tcPr>
          <w:p w14:paraId="06FF4DE8" w14:textId="77777777" w:rsidR="00D96E9D" w:rsidRDefault="00000000">
            <w:r>
              <w:rPr>
                <w:sz w:val="20"/>
              </w:rPr>
              <w:t>Multi-tenant CRUD operations for projects, ontologies, workspaces</w:t>
            </w:r>
          </w:p>
        </w:tc>
      </w:tr>
      <w:tr w:rsidR="00D96E9D" w14:paraId="49CC078A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730B6368" w14:textId="77777777" w:rsidR="00D96E9D" w:rsidRDefault="00000000">
            <w:r>
              <w:rPr>
                <w:sz w:val="20"/>
              </w:rPr>
              <w:t>Ingest Service</w:t>
            </w:r>
          </w:p>
        </w:tc>
        <w:tc>
          <w:tcPr>
            <w:tcW w:w="4320" w:type="dxa"/>
            <w:shd w:val="clear" w:color="auto" w:fill="F2F2F2"/>
          </w:tcPr>
          <w:p w14:paraId="16F18019" w14:textId="77777777" w:rsidR="00D96E9D" w:rsidRDefault="00000000">
            <w:r>
              <w:rPr>
                <w:sz w:val="20"/>
              </w:rPr>
              <w:t>Document upload and file processing</w:t>
            </w:r>
          </w:p>
        </w:tc>
      </w:tr>
      <w:tr w:rsidR="00D96E9D" w14:paraId="57FD692B" w14:textId="77777777">
        <w:trPr>
          <w:jc w:val="center"/>
        </w:trPr>
        <w:tc>
          <w:tcPr>
            <w:tcW w:w="4320" w:type="dxa"/>
          </w:tcPr>
          <w:p w14:paraId="334A0569" w14:textId="77777777" w:rsidR="00D96E9D" w:rsidRDefault="00000000">
            <w:r>
              <w:rPr>
                <w:sz w:val="20"/>
              </w:rPr>
              <w:t>Parser Service</w:t>
            </w:r>
          </w:p>
        </w:tc>
        <w:tc>
          <w:tcPr>
            <w:tcW w:w="4320" w:type="dxa"/>
          </w:tcPr>
          <w:p w14:paraId="39BE638A" w14:textId="77777777" w:rsidR="00D96E9D" w:rsidRDefault="00000000">
            <w:r>
              <w:rPr>
                <w:sz w:val="20"/>
              </w:rPr>
              <w:t>Text extraction and NER processing</w:t>
            </w:r>
          </w:p>
        </w:tc>
      </w:tr>
      <w:tr w:rsidR="00D96E9D" w14:paraId="2CCF1376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2FB86DC4" w14:textId="77777777" w:rsidR="00D96E9D" w:rsidRDefault="00000000">
            <w:r>
              <w:rPr>
                <w:sz w:val="20"/>
              </w:rPr>
              <w:t>Ontology Orchestrator</w:t>
            </w:r>
          </w:p>
        </w:tc>
        <w:tc>
          <w:tcPr>
            <w:tcW w:w="4320" w:type="dxa"/>
            <w:shd w:val="clear" w:color="auto" w:fill="F2F2F2"/>
          </w:tcPr>
          <w:p w14:paraId="5157B532" w14:textId="77777777" w:rsidR="00D96E9D" w:rsidRDefault="00000000">
            <w:r>
              <w:rPr>
                <w:sz w:val="20"/>
              </w:rPr>
              <w:t>AI-driven pipeline for taxonomy generation</w:t>
            </w:r>
          </w:p>
        </w:tc>
      </w:tr>
    </w:tbl>
    <w:p w14:paraId="5A30F84B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lastRenderedPageBreak/>
        <w:t>Multi-Tenant Architecture</w:t>
      </w:r>
    </w:p>
    <w:p w14:paraId="23B2377B" w14:textId="77777777" w:rsidR="00D96E9D" w:rsidRDefault="00000000">
      <w:r>
        <w:t>Ontos Cosmos supports multiple organizations (tenants) with complete data isolation:</w:t>
      </w:r>
    </w:p>
    <w:p w14:paraId="0707222F" w14:textId="77777777" w:rsidR="00D96E9D" w:rsidRDefault="00000000">
      <w:pPr>
        <w:pStyle w:val="ListBullet"/>
      </w:pPr>
      <w:r>
        <w:t>Each tenant has isolated projects, ontologies, and workspaces</w:t>
      </w:r>
    </w:p>
    <w:p w14:paraId="37B716E7" w14:textId="77777777" w:rsidR="00D96E9D" w:rsidRDefault="00000000">
      <w:pPr>
        <w:pStyle w:val="ListBullet"/>
      </w:pPr>
      <w:r>
        <w:t>Data never crosses tenant boundaries</w:t>
      </w:r>
    </w:p>
    <w:p w14:paraId="05F66DBE" w14:textId="77777777" w:rsidR="00D96E9D" w:rsidRDefault="00000000">
      <w:pPr>
        <w:pStyle w:val="ListBullet"/>
      </w:pPr>
      <w:r>
        <w:t>Configurable access permissions per tenant</w:t>
      </w:r>
    </w:p>
    <w:p w14:paraId="59DCD2FC" w14:textId="77777777" w:rsidR="00D96E9D" w:rsidRDefault="00000000">
      <w:r>
        <w:t>__________________________________________________</w:t>
      </w:r>
    </w:p>
    <w:p w14:paraId="0796F9E6" w14:textId="77777777" w:rsidR="00D96E9D" w:rsidRDefault="00000000">
      <w:pPr>
        <w:pStyle w:val="Heading1"/>
        <w:spacing w:before="360" w:after="120"/>
      </w:pPr>
      <w:r>
        <w:rPr>
          <w:rFonts w:ascii="Calibri" w:hAnsi="Calibri"/>
          <w:color w:val="003366"/>
          <w:sz w:val="36"/>
        </w:rPr>
        <w:t>3. User Roles</w:t>
      </w:r>
    </w:p>
    <w:p w14:paraId="45FD92B1" w14:textId="77777777" w:rsidR="00D96E9D" w:rsidRDefault="00000000">
      <w:r>
        <w:t>Ontos Cosmos supports different user roles with specific capabilities: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15"/>
        <w:gridCol w:w="4315"/>
      </w:tblGrid>
      <w:tr w:rsidR="00D96E9D" w14:paraId="54AFD7AA" w14:textId="77777777">
        <w:trPr>
          <w:jc w:val="center"/>
        </w:trPr>
        <w:tc>
          <w:tcPr>
            <w:tcW w:w="4320" w:type="dxa"/>
            <w:shd w:val="clear" w:color="auto" w:fill="003366"/>
          </w:tcPr>
          <w:p w14:paraId="2BF17B9A" w14:textId="77777777" w:rsidR="00D96E9D" w:rsidRDefault="00000000">
            <w:r>
              <w:rPr>
                <w:b/>
                <w:color w:val="FFFFFF"/>
                <w:sz w:val="20"/>
              </w:rPr>
              <w:t>Role</w:t>
            </w:r>
          </w:p>
        </w:tc>
        <w:tc>
          <w:tcPr>
            <w:tcW w:w="4320" w:type="dxa"/>
            <w:shd w:val="clear" w:color="auto" w:fill="003366"/>
          </w:tcPr>
          <w:p w14:paraId="6A1F7A9D" w14:textId="77777777" w:rsidR="00D96E9D" w:rsidRDefault="00000000">
            <w:r>
              <w:rPr>
                <w:b/>
                <w:color w:val="FFFFFF"/>
                <w:sz w:val="20"/>
              </w:rPr>
              <w:t>Capabilities</w:t>
            </w:r>
          </w:p>
        </w:tc>
      </w:tr>
      <w:tr w:rsidR="00D96E9D" w14:paraId="03588D8A" w14:textId="77777777">
        <w:trPr>
          <w:jc w:val="center"/>
        </w:trPr>
        <w:tc>
          <w:tcPr>
            <w:tcW w:w="4320" w:type="dxa"/>
          </w:tcPr>
          <w:p w14:paraId="78F16D8B" w14:textId="77777777" w:rsidR="00D96E9D" w:rsidRDefault="00000000">
            <w:r>
              <w:rPr>
                <w:sz w:val="20"/>
              </w:rPr>
              <w:t>Data Engineer</w:t>
            </w:r>
          </w:p>
        </w:tc>
        <w:tc>
          <w:tcPr>
            <w:tcW w:w="4320" w:type="dxa"/>
          </w:tcPr>
          <w:p w14:paraId="61047710" w14:textId="77777777" w:rsidR="00D96E9D" w:rsidRDefault="00000000">
            <w:r>
              <w:rPr>
                <w:sz w:val="20"/>
              </w:rPr>
              <w:t>Document ingestion and annotation, data source configuration, taxonomy creation and editing, bulk data operations, export management</w:t>
            </w:r>
          </w:p>
        </w:tc>
      </w:tr>
      <w:tr w:rsidR="00D96E9D" w14:paraId="317E0C09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773A89BF" w14:textId="77777777" w:rsidR="00D96E9D" w:rsidRDefault="00000000">
            <w:r>
              <w:rPr>
                <w:sz w:val="20"/>
              </w:rPr>
              <w:t>Ontologist</w:t>
            </w:r>
          </w:p>
        </w:tc>
        <w:tc>
          <w:tcPr>
            <w:tcW w:w="4320" w:type="dxa"/>
            <w:shd w:val="clear" w:color="auto" w:fill="F2F2F2"/>
          </w:tcPr>
          <w:p w14:paraId="1BC36172" w14:textId="77777777" w:rsidR="00D96E9D" w:rsidRDefault="00000000">
            <w:r>
              <w:rPr>
                <w:sz w:val="20"/>
              </w:rPr>
              <w:t>Ontology creation and editing, taxonomy to ontology conversion, version control and release management, quality validation, SHACL constraint authoring</w:t>
            </w:r>
          </w:p>
        </w:tc>
      </w:tr>
      <w:tr w:rsidR="00D96E9D" w14:paraId="5B9B29AE" w14:textId="77777777">
        <w:trPr>
          <w:jc w:val="center"/>
        </w:trPr>
        <w:tc>
          <w:tcPr>
            <w:tcW w:w="4320" w:type="dxa"/>
          </w:tcPr>
          <w:p w14:paraId="4BA082E5" w14:textId="77777777" w:rsidR="00D96E9D" w:rsidRDefault="00000000">
            <w:r>
              <w:rPr>
                <w:sz w:val="20"/>
              </w:rPr>
              <w:t>Analyst</w:t>
            </w:r>
          </w:p>
        </w:tc>
        <w:tc>
          <w:tcPr>
            <w:tcW w:w="4320" w:type="dxa"/>
          </w:tcPr>
          <w:p w14:paraId="67CA6BEC" w14:textId="77777777" w:rsidR="00D96E9D" w:rsidRDefault="00000000">
            <w:r>
              <w:rPr>
                <w:sz w:val="20"/>
              </w:rPr>
              <w:t>Knowledge graph exploration, SPARQL and natural language queries, relationship analysis, report generation, data visualization</w:t>
            </w:r>
          </w:p>
        </w:tc>
      </w:tr>
      <w:tr w:rsidR="00D96E9D" w14:paraId="1204682E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6A9AD618" w14:textId="77777777" w:rsidR="00D96E9D" w:rsidRDefault="00000000">
            <w:r>
              <w:rPr>
                <w:sz w:val="20"/>
              </w:rPr>
              <w:t>Commander</w:t>
            </w:r>
          </w:p>
        </w:tc>
        <w:tc>
          <w:tcPr>
            <w:tcW w:w="4320" w:type="dxa"/>
            <w:shd w:val="clear" w:color="auto" w:fill="F2F2F2"/>
          </w:tcPr>
          <w:p w14:paraId="51144769" w14:textId="77777777" w:rsidR="00D96E9D" w:rsidRDefault="00000000">
            <w:r>
              <w:rPr>
                <w:sz w:val="20"/>
              </w:rPr>
              <w:t>Mission dashboard viewing, status report generation, KPI monitoring, read-only access to ontologies</w:t>
            </w:r>
          </w:p>
        </w:tc>
      </w:tr>
      <w:tr w:rsidR="00D96E9D" w14:paraId="185A13FE" w14:textId="77777777">
        <w:trPr>
          <w:jc w:val="center"/>
        </w:trPr>
        <w:tc>
          <w:tcPr>
            <w:tcW w:w="4320" w:type="dxa"/>
          </w:tcPr>
          <w:p w14:paraId="4E1D68CE" w14:textId="77777777" w:rsidR="00D96E9D" w:rsidRDefault="00000000">
            <w:r>
              <w:rPr>
                <w:sz w:val="20"/>
              </w:rPr>
              <w:t>Admin</w:t>
            </w:r>
          </w:p>
        </w:tc>
        <w:tc>
          <w:tcPr>
            <w:tcW w:w="4320" w:type="dxa"/>
          </w:tcPr>
          <w:p w14:paraId="594A743C" w14:textId="77777777" w:rsidR="00D96E9D" w:rsidRDefault="00000000">
            <w:r>
              <w:rPr>
                <w:sz w:val="20"/>
              </w:rPr>
              <w:t>System configuration, user management, model registry management, API key administration, audit log review, health monitoring</w:t>
            </w:r>
          </w:p>
        </w:tc>
      </w:tr>
    </w:tbl>
    <w:p w14:paraId="52BDA3DB" w14:textId="77777777" w:rsidR="00D96E9D" w:rsidRDefault="00000000">
      <w:r>
        <w:t>__________________________________________________</w:t>
      </w:r>
    </w:p>
    <w:p w14:paraId="5043E552" w14:textId="77777777" w:rsidR="00D96E9D" w:rsidRDefault="00000000">
      <w:pPr>
        <w:pStyle w:val="Heading1"/>
        <w:spacing w:before="360" w:after="120"/>
      </w:pPr>
      <w:r>
        <w:rPr>
          <w:rFonts w:ascii="Calibri" w:hAnsi="Calibri"/>
          <w:color w:val="003366"/>
          <w:sz w:val="36"/>
        </w:rPr>
        <w:t>4. Getting Started</w:t>
      </w:r>
    </w:p>
    <w:p w14:paraId="57C14FAF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System Requirements</w:t>
      </w:r>
    </w:p>
    <w:p w14:paraId="2E1ABEB2" w14:textId="77777777" w:rsidR="00D96E9D" w:rsidRDefault="00000000">
      <w:r>
        <w:t>Supported Browsers:</w:t>
      </w:r>
    </w:p>
    <w:p w14:paraId="53128F80" w14:textId="77777777" w:rsidR="00D96E9D" w:rsidRDefault="00000000">
      <w:pPr>
        <w:pStyle w:val="ListBullet"/>
      </w:pPr>
      <w:r>
        <w:t>Google Chrome (recommended)</w:t>
      </w:r>
    </w:p>
    <w:p w14:paraId="0A17FD5E" w14:textId="77777777" w:rsidR="00D96E9D" w:rsidRDefault="00000000">
      <w:pPr>
        <w:pStyle w:val="ListBullet"/>
      </w:pPr>
      <w:r>
        <w:t>Mozilla Firefox</w:t>
      </w:r>
    </w:p>
    <w:p w14:paraId="555FA6C9" w14:textId="77777777" w:rsidR="00D96E9D" w:rsidRDefault="00000000">
      <w:pPr>
        <w:pStyle w:val="ListBullet"/>
      </w:pPr>
      <w:r>
        <w:t>Microsoft Edge</w:t>
      </w:r>
    </w:p>
    <w:p w14:paraId="518E4A3B" w14:textId="77777777" w:rsidR="00D96E9D" w:rsidRDefault="00000000">
      <w:pPr>
        <w:pStyle w:val="ListBullet"/>
      </w:pPr>
      <w:r>
        <w:t>Safari</w:t>
      </w:r>
    </w:p>
    <w:p w14:paraId="5AC291C6" w14:textId="77777777" w:rsidR="00D96E9D" w:rsidRDefault="00000000">
      <w:r>
        <w:t>Screen Resolution:</w:t>
      </w:r>
    </w:p>
    <w:p w14:paraId="755F38AF" w14:textId="77777777" w:rsidR="00D96E9D" w:rsidRDefault="00000000">
      <w:pPr>
        <w:pStyle w:val="ListBullet"/>
      </w:pPr>
      <w:r>
        <w:t>Minimum: 1280 x 720</w:t>
      </w:r>
    </w:p>
    <w:p w14:paraId="610E9705" w14:textId="77777777" w:rsidR="00D96E9D" w:rsidRDefault="00000000">
      <w:pPr>
        <w:pStyle w:val="ListBullet"/>
      </w:pPr>
      <w:r>
        <w:lastRenderedPageBreak/>
        <w:t>Recommended: 1920 x 1080 or higher</w:t>
      </w:r>
    </w:p>
    <w:p w14:paraId="07C487FE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Accessing Ontos Cosmos</w:t>
      </w:r>
    </w:p>
    <w:p w14:paraId="19A1C157" w14:textId="77777777" w:rsidR="00D96E9D" w:rsidRDefault="00000000">
      <w:pPr>
        <w:pStyle w:val="ListNumber"/>
      </w:pPr>
      <w:r>
        <w:t>Open your web browser</w:t>
      </w:r>
    </w:p>
    <w:p w14:paraId="6D82E492" w14:textId="77777777" w:rsidR="00D96E9D" w:rsidRDefault="00000000">
      <w:pPr>
        <w:pStyle w:val="ListNumber"/>
      </w:pPr>
      <w:r>
        <w:t>Navigate to your Ontos Cosmos URL:</w:t>
      </w:r>
    </w:p>
    <w:p w14:paraId="51879732" w14:textId="77777777" w:rsidR="00D96E9D" w:rsidRDefault="00000000">
      <w:r>
        <w:t xml:space="preserve">   - Cloud: https://demo.ontos-cosmos.ai/</w:t>
      </w:r>
    </w:p>
    <w:p w14:paraId="59C0310E" w14:textId="77777777" w:rsidR="00D96E9D" w:rsidRDefault="00000000">
      <w:r>
        <w:t xml:space="preserve">   - On-Premise: Your organization's configured URL</w:t>
      </w:r>
    </w:p>
    <w:p w14:paraId="3D26C266" w14:textId="77777777" w:rsidR="00D96E9D" w:rsidRDefault="00000000">
      <w:pPr>
        <w:pStyle w:val="ListNumber"/>
      </w:pPr>
      <w:r>
        <w:t>You will see the login screen</w:t>
      </w:r>
    </w:p>
    <w:p w14:paraId="12FC9481" w14:textId="77777777" w:rsidR="00D96E9D" w:rsidRDefault="00000000">
      <w:r>
        <w:t>__________________________________________________</w:t>
      </w:r>
    </w:p>
    <w:p w14:paraId="7ED9DD58" w14:textId="77777777" w:rsidR="00D96E9D" w:rsidRDefault="00000000">
      <w:pPr>
        <w:pStyle w:val="Heading1"/>
        <w:spacing w:before="360" w:after="120"/>
      </w:pPr>
      <w:r>
        <w:rPr>
          <w:rFonts w:ascii="Calibri" w:hAnsi="Calibri"/>
          <w:color w:val="003366"/>
          <w:sz w:val="36"/>
        </w:rPr>
        <w:t>5. Account Management</w:t>
      </w:r>
    </w:p>
    <w:p w14:paraId="070D79ED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Creating a New Account</w:t>
      </w:r>
    </w:p>
    <w:p w14:paraId="56E8254C" w14:textId="551B0CF5" w:rsidR="002702C1" w:rsidRDefault="002702C1">
      <w:pPr>
        <w:jc w:val="center"/>
      </w:pPr>
      <w:r w:rsidRPr="002702C1">
        <w:rPr>
          <w:noProof/>
        </w:rPr>
        <w:drawing>
          <wp:inline distT="0" distB="0" distL="0" distR="0" wp14:anchorId="09CCEE88" wp14:editId="314A1829">
            <wp:extent cx="5486400" cy="4822190"/>
            <wp:effectExtent l="0" t="0" r="0" b="3810"/>
            <wp:docPr id="756996775" name="Picture 1" descr="A screenshot of a logi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96775" name="Picture 1" descr="A screenshot of a login form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4896F" w14:textId="77777777" w:rsidR="002702C1" w:rsidRDefault="002702C1">
      <w:pPr>
        <w:jc w:val="center"/>
      </w:pPr>
    </w:p>
    <w:p w14:paraId="64752F32" w14:textId="77777777" w:rsidR="00D96E9D" w:rsidRDefault="00000000">
      <w:pPr>
        <w:jc w:val="center"/>
      </w:pPr>
      <w:r>
        <w:rPr>
          <w:i/>
          <w:color w:val="595959"/>
          <w:sz w:val="20"/>
        </w:rPr>
        <w:t>Figure 3.1: Account creation process showing login screen, sign-up form, and confirmation</w:t>
      </w:r>
    </w:p>
    <w:p w14:paraId="7EA08560" w14:textId="77777777" w:rsidR="00D96E9D" w:rsidRDefault="00000000">
      <w:r>
        <w:t>Steps to create an account:</w:t>
      </w:r>
    </w:p>
    <w:p w14:paraId="6F29A983" w14:textId="77777777" w:rsidR="00D96E9D" w:rsidRDefault="00000000">
      <w:pPr>
        <w:pStyle w:val="ListNumber"/>
      </w:pPr>
      <w:r>
        <w:t>Navigate to the Ontos Cosmos login page</w:t>
      </w:r>
    </w:p>
    <w:p w14:paraId="2C58E72D" w14:textId="77777777" w:rsidR="00D96E9D" w:rsidRDefault="00000000">
      <w:pPr>
        <w:pStyle w:val="ListNumber"/>
      </w:pPr>
      <w:r>
        <w:t>Click "Sign Up" below the Sign In button</w:t>
      </w:r>
    </w:p>
    <w:p w14:paraId="69A96211" w14:textId="77777777" w:rsidR="00D96E9D" w:rsidRDefault="00000000">
      <w:pPr>
        <w:pStyle w:val="ListNumber"/>
      </w:pPr>
      <w:r>
        <w:t>Complete the registration form: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77"/>
        <w:gridCol w:w="2876"/>
        <w:gridCol w:w="2877"/>
      </w:tblGrid>
      <w:tr w:rsidR="00D96E9D" w14:paraId="23CCDFCB" w14:textId="77777777">
        <w:trPr>
          <w:jc w:val="center"/>
        </w:trPr>
        <w:tc>
          <w:tcPr>
            <w:tcW w:w="2880" w:type="dxa"/>
            <w:shd w:val="clear" w:color="auto" w:fill="003366"/>
          </w:tcPr>
          <w:p w14:paraId="22241346" w14:textId="77777777" w:rsidR="00D96E9D" w:rsidRDefault="00000000">
            <w:r>
              <w:rPr>
                <w:b/>
                <w:color w:val="FFFFFF"/>
                <w:sz w:val="20"/>
              </w:rPr>
              <w:t>Field</w:t>
            </w:r>
          </w:p>
        </w:tc>
        <w:tc>
          <w:tcPr>
            <w:tcW w:w="2880" w:type="dxa"/>
            <w:shd w:val="clear" w:color="auto" w:fill="003366"/>
          </w:tcPr>
          <w:p w14:paraId="5D0429E3" w14:textId="77777777" w:rsidR="00D96E9D" w:rsidRDefault="00000000">
            <w:r>
              <w:rPr>
                <w:b/>
                <w:color w:val="FFFFFF"/>
                <w:sz w:val="20"/>
              </w:rPr>
              <w:t>Required</w:t>
            </w:r>
          </w:p>
        </w:tc>
        <w:tc>
          <w:tcPr>
            <w:tcW w:w="2880" w:type="dxa"/>
            <w:shd w:val="clear" w:color="auto" w:fill="003366"/>
          </w:tcPr>
          <w:p w14:paraId="03C7D1EB" w14:textId="77777777" w:rsidR="00D96E9D" w:rsidRDefault="00000000">
            <w:r>
              <w:rPr>
                <w:b/>
                <w:color w:val="FFFFFF"/>
                <w:sz w:val="20"/>
              </w:rPr>
              <w:t>Description</w:t>
            </w:r>
          </w:p>
        </w:tc>
      </w:tr>
      <w:tr w:rsidR="00D96E9D" w14:paraId="43A202F9" w14:textId="77777777">
        <w:trPr>
          <w:jc w:val="center"/>
        </w:trPr>
        <w:tc>
          <w:tcPr>
            <w:tcW w:w="2880" w:type="dxa"/>
          </w:tcPr>
          <w:p w14:paraId="05B223CD" w14:textId="77777777" w:rsidR="00D96E9D" w:rsidRDefault="00000000">
            <w:r>
              <w:rPr>
                <w:sz w:val="20"/>
              </w:rPr>
              <w:t>Email</w:t>
            </w:r>
          </w:p>
        </w:tc>
        <w:tc>
          <w:tcPr>
            <w:tcW w:w="2880" w:type="dxa"/>
          </w:tcPr>
          <w:p w14:paraId="1E1413AA" w14:textId="77777777" w:rsidR="00D96E9D" w:rsidRDefault="00000000">
            <w:r>
              <w:rPr>
                <w:sz w:val="20"/>
              </w:rPr>
              <w:t>Yes</w:t>
            </w:r>
          </w:p>
        </w:tc>
        <w:tc>
          <w:tcPr>
            <w:tcW w:w="2880" w:type="dxa"/>
          </w:tcPr>
          <w:p w14:paraId="03433056" w14:textId="77777777" w:rsidR="00D96E9D" w:rsidRDefault="00000000">
            <w:r>
              <w:rPr>
                <w:sz w:val="20"/>
              </w:rPr>
              <w:t>Your email address (used as username)</w:t>
            </w:r>
          </w:p>
        </w:tc>
      </w:tr>
      <w:tr w:rsidR="00D96E9D" w14:paraId="6E56BEE6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3958D8FC" w14:textId="77777777" w:rsidR="00D96E9D" w:rsidRDefault="00000000">
            <w:r>
              <w:rPr>
                <w:sz w:val="20"/>
              </w:rPr>
              <w:t>Full Name</w:t>
            </w:r>
          </w:p>
        </w:tc>
        <w:tc>
          <w:tcPr>
            <w:tcW w:w="2880" w:type="dxa"/>
            <w:shd w:val="clear" w:color="auto" w:fill="F2F2F2"/>
          </w:tcPr>
          <w:p w14:paraId="208913D1" w14:textId="77777777" w:rsidR="00D96E9D" w:rsidRDefault="00000000">
            <w:r>
              <w:rPr>
                <w:sz w:val="20"/>
              </w:rPr>
              <w:t>Yes</w:t>
            </w:r>
          </w:p>
        </w:tc>
        <w:tc>
          <w:tcPr>
            <w:tcW w:w="2880" w:type="dxa"/>
            <w:shd w:val="clear" w:color="auto" w:fill="F2F2F2"/>
          </w:tcPr>
          <w:p w14:paraId="45C9EB5A" w14:textId="77777777" w:rsidR="00D96E9D" w:rsidRDefault="00000000">
            <w:r>
              <w:rPr>
                <w:sz w:val="20"/>
              </w:rPr>
              <w:t>Your display name</w:t>
            </w:r>
          </w:p>
        </w:tc>
      </w:tr>
      <w:tr w:rsidR="00D96E9D" w14:paraId="10983590" w14:textId="77777777">
        <w:trPr>
          <w:jc w:val="center"/>
        </w:trPr>
        <w:tc>
          <w:tcPr>
            <w:tcW w:w="2880" w:type="dxa"/>
          </w:tcPr>
          <w:p w14:paraId="10E66A47" w14:textId="77777777" w:rsidR="00D96E9D" w:rsidRDefault="00000000">
            <w:r>
              <w:rPr>
                <w:sz w:val="20"/>
              </w:rPr>
              <w:t>Password</w:t>
            </w:r>
          </w:p>
        </w:tc>
        <w:tc>
          <w:tcPr>
            <w:tcW w:w="2880" w:type="dxa"/>
          </w:tcPr>
          <w:p w14:paraId="7287EED8" w14:textId="77777777" w:rsidR="00D96E9D" w:rsidRDefault="00000000">
            <w:r>
              <w:rPr>
                <w:sz w:val="20"/>
              </w:rPr>
              <w:t>Yes</w:t>
            </w:r>
          </w:p>
        </w:tc>
        <w:tc>
          <w:tcPr>
            <w:tcW w:w="2880" w:type="dxa"/>
          </w:tcPr>
          <w:p w14:paraId="63E2D87E" w14:textId="77777777" w:rsidR="00D96E9D" w:rsidRDefault="00000000">
            <w:r>
              <w:rPr>
                <w:sz w:val="20"/>
              </w:rPr>
              <w:t>Minimum 8 characters recommended</w:t>
            </w:r>
          </w:p>
        </w:tc>
      </w:tr>
      <w:tr w:rsidR="00D96E9D" w14:paraId="0FD07C79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3A4B9C58" w14:textId="77777777" w:rsidR="00D96E9D" w:rsidRDefault="00000000">
            <w:r>
              <w:rPr>
                <w:sz w:val="20"/>
              </w:rPr>
              <w:t>Confirm Password</w:t>
            </w:r>
          </w:p>
        </w:tc>
        <w:tc>
          <w:tcPr>
            <w:tcW w:w="2880" w:type="dxa"/>
            <w:shd w:val="clear" w:color="auto" w:fill="F2F2F2"/>
          </w:tcPr>
          <w:p w14:paraId="01B9BD4E" w14:textId="77777777" w:rsidR="00D96E9D" w:rsidRDefault="00000000">
            <w:r>
              <w:rPr>
                <w:sz w:val="20"/>
              </w:rPr>
              <w:t>Yes</w:t>
            </w:r>
          </w:p>
        </w:tc>
        <w:tc>
          <w:tcPr>
            <w:tcW w:w="2880" w:type="dxa"/>
            <w:shd w:val="clear" w:color="auto" w:fill="F2F2F2"/>
          </w:tcPr>
          <w:p w14:paraId="4DA00AF0" w14:textId="77777777" w:rsidR="00D96E9D" w:rsidRDefault="00000000">
            <w:r>
              <w:rPr>
                <w:sz w:val="20"/>
              </w:rPr>
              <w:t>Must match password</w:t>
            </w:r>
          </w:p>
        </w:tc>
      </w:tr>
      <w:tr w:rsidR="00D96E9D" w14:paraId="2BD83728" w14:textId="77777777">
        <w:trPr>
          <w:jc w:val="center"/>
        </w:trPr>
        <w:tc>
          <w:tcPr>
            <w:tcW w:w="2880" w:type="dxa"/>
          </w:tcPr>
          <w:p w14:paraId="4C43EBEC" w14:textId="77777777" w:rsidR="00D96E9D" w:rsidRDefault="00000000">
            <w:r>
              <w:rPr>
                <w:sz w:val="20"/>
              </w:rPr>
              <w:t>Country</w:t>
            </w:r>
          </w:p>
        </w:tc>
        <w:tc>
          <w:tcPr>
            <w:tcW w:w="2880" w:type="dxa"/>
          </w:tcPr>
          <w:p w14:paraId="64BE9EE3" w14:textId="77777777" w:rsidR="00D96E9D" w:rsidRDefault="00000000">
            <w:r>
              <w:rPr>
                <w:sz w:val="20"/>
              </w:rPr>
              <w:t>No</w:t>
            </w:r>
          </w:p>
        </w:tc>
        <w:tc>
          <w:tcPr>
            <w:tcW w:w="2880" w:type="dxa"/>
          </w:tcPr>
          <w:p w14:paraId="7FE268B7" w14:textId="77777777" w:rsidR="00D96E9D" w:rsidRDefault="00000000">
            <w:r>
              <w:rPr>
                <w:sz w:val="20"/>
              </w:rPr>
              <w:t>Your location (optional)</w:t>
            </w:r>
          </w:p>
        </w:tc>
      </w:tr>
      <w:tr w:rsidR="00D96E9D" w14:paraId="19257DC0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20C8CAFB" w14:textId="77777777" w:rsidR="00D96E9D" w:rsidRDefault="00000000">
            <w:r>
              <w:rPr>
                <w:sz w:val="20"/>
              </w:rPr>
              <w:t>Industry</w:t>
            </w:r>
          </w:p>
        </w:tc>
        <w:tc>
          <w:tcPr>
            <w:tcW w:w="2880" w:type="dxa"/>
            <w:shd w:val="clear" w:color="auto" w:fill="F2F2F2"/>
          </w:tcPr>
          <w:p w14:paraId="521FC3AB" w14:textId="77777777" w:rsidR="00D96E9D" w:rsidRDefault="00000000">
            <w:r>
              <w:rPr>
                <w:sz w:val="20"/>
              </w:rPr>
              <w:t>No</w:t>
            </w:r>
          </w:p>
        </w:tc>
        <w:tc>
          <w:tcPr>
            <w:tcW w:w="2880" w:type="dxa"/>
            <w:shd w:val="clear" w:color="auto" w:fill="F2F2F2"/>
          </w:tcPr>
          <w:p w14:paraId="27A251B6" w14:textId="77777777" w:rsidR="00D96E9D" w:rsidRDefault="00000000">
            <w:r>
              <w:rPr>
                <w:sz w:val="20"/>
              </w:rPr>
              <w:t>Your industry sector (optional)</w:t>
            </w:r>
          </w:p>
        </w:tc>
      </w:tr>
      <w:tr w:rsidR="00D96E9D" w14:paraId="13482DD0" w14:textId="77777777">
        <w:trPr>
          <w:jc w:val="center"/>
        </w:trPr>
        <w:tc>
          <w:tcPr>
            <w:tcW w:w="2880" w:type="dxa"/>
          </w:tcPr>
          <w:p w14:paraId="4E55DEEE" w14:textId="77777777" w:rsidR="00D96E9D" w:rsidRDefault="00000000">
            <w:r>
              <w:rPr>
                <w:sz w:val="20"/>
              </w:rPr>
              <w:t>Marketing</w:t>
            </w:r>
          </w:p>
        </w:tc>
        <w:tc>
          <w:tcPr>
            <w:tcW w:w="2880" w:type="dxa"/>
          </w:tcPr>
          <w:p w14:paraId="4F56226F" w14:textId="77777777" w:rsidR="00D96E9D" w:rsidRDefault="00000000">
            <w:r>
              <w:rPr>
                <w:sz w:val="20"/>
              </w:rPr>
              <w:t>No</w:t>
            </w:r>
          </w:p>
        </w:tc>
        <w:tc>
          <w:tcPr>
            <w:tcW w:w="2880" w:type="dxa"/>
          </w:tcPr>
          <w:p w14:paraId="3673CB3A" w14:textId="77777777" w:rsidR="00D96E9D" w:rsidRDefault="00000000">
            <w:r>
              <w:rPr>
                <w:sz w:val="20"/>
              </w:rPr>
              <w:t>Opt-in for communications</w:t>
            </w:r>
          </w:p>
        </w:tc>
      </w:tr>
    </w:tbl>
    <w:p w14:paraId="531251D0" w14:textId="77777777" w:rsidR="00D96E9D" w:rsidRDefault="00000000">
      <w:pPr>
        <w:pStyle w:val="ListNumber"/>
      </w:pPr>
      <w:r>
        <w:t>Click "Create Account"</w:t>
      </w:r>
    </w:p>
    <w:p w14:paraId="00D97CD2" w14:textId="77777777" w:rsidR="00D96E9D" w:rsidRDefault="00000000">
      <w:pPr>
        <w:pStyle w:val="ListNumber"/>
      </w:pPr>
      <w:r>
        <w:t>You will be redirected to the login screen</w:t>
      </w:r>
    </w:p>
    <w:p w14:paraId="3296391D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Signing In</w:t>
      </w:r>
    </w:p>
    <w:p w14:paraId="4819E98C" w14:textId="77777777" w:rsidR="00D96E9D" w:rsidRDefault="00000000">
      <w:r>
        <w:t>The login screen provides a clean, simple interface:</w:t>
      </w:r>
    </w:p>
    <w:p w14:paraId="2521874D" w14:textId="77777777" w:rsidR="00D96E9D" w:rsidRDefault="00000000">
      <w:pPr>
        <w:pStyle w:val="ListNumber"/>
      </w:pPr>
      <w:r>
        <w:t>Enter your Username (email address)</w:t>
      </w:r>
    </w:p>
    <w:p w14:paraId="12505244" w14:textId="77777777" w:rsidR="00D96E9D" w:rsidRDefault="00000000">
      <w:pPr>
        <w:pStyle w:val="ListNumber"/>
      </w:pPr>
      <w:r>
        <w:t>Enter your Password</w:t>
      </w:r>
    </w:p>
    <w:p w14:paraId="2E70C482" w14:textId="77777777" w:rsidR="00D96E9D" w:rsidRDefault="00000000">
      <w:pPr>
        <w:pStyle w:val="ListNumber"/>
      </w:pPr>
      <w:r>
        <w:t>Optionally check "Remember me" to stay logged in</w:t>
      </w:r>
    </w:p>
    <w:p w14:paraId="372F85D8" w14:textId="77777777" w:rsidR="00D96E9D" w:rsidRDefault="00000000">
      <w:pPr>
        <w:pStyle w:val="ListNumber"/>
      </w:pPr>
      <w:r>
        <w:t>Click "Sign In"</w:t>
      </w:r>
    </w:p>
    <w:p w14:paraId="352E8869" w14:textId="77777777" w:rsidR="00D96E9D" w:rsidRDefault="00000000">
      <w:pPr>
        <w:ind w:left="720"/>
      </w:pPr>
      <w:r>
        <w:rPr>
          <w:i/>
          <w:color w:val="44546A"/>
        </w:rPr>
        <w:t>Note: The version number is displayed at the bottom of the login screen (e.g., "Version 1.0 - Demo Environment")</w:t>
      </w:r>
    </w:p>
    <w:p w14:paraId="4461B837" w14:textId="3709B017" w:rsidR="00D96E9D" w:rsidRDefault="00D96E9D">
      <w:pPr>
        <w:jc w:val="center"/>
      </w:pPr>
    </w:p>
    <w:p w14:paraId="442DF457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lastRenderedPageBreak/>
        <w:t>User Profile Menu</w:t>
      </w:r>
    </w:p>
    <w:p w14:paraId="32037EFB" w14:textId="0C399FB3" w:rsidR="00D96E9D" w:rsidRDefault="002702C1">
      <w:pPr>
        <w:jc w:val="center"/>
      </w:pPr>
      <w:r w:rsidRPr="002702C1">
        <w:rPr>
          <w:noProof/>
        </w:rPr>
        <w:drawing>
          <wp:inline distT="0" distB="0" distL="0" distR="0" wp14:anchorId="19B04F20" wp14:editId="526285F5">
            <wp:extent cx="4368800" cy="4368800"/>
            <wp:effectExtent l="0" t="0" r="0" b="0"/>
            <wp:docPr id="15377572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757215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20B3" w14:textId="77777777" w:rsidR="00D96E9D" w:rsidRDefault="00000000">
      <w:pPr>
        <w:jc w:val="center"/>
      </w:pPr>
      <w:r>
        <w:rPr>
          <w:i/>
          <w:color w:val="595959"/>
          <w:sz w:val="20"/>
        </w:rPr>
        <w:t>Figure 3.3: User profile dropdown showing theme options and navigation</w:t>
      </w:r>
    </w:p>
    <w:p w14:paraId="509251BC" w14:textId="77777777" w:rsidR="00D96E9D" w:rsidRDefault="00000000">
      <w:r>
        <w:t>Access your profile by clicking your name in the top-right corner. The dropdown menu provides: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15"/>
        <w:gridCol w:w="4315"/>
      </w:tblGrid>
      <w:tr w:rsidR="00D96E9D" w14:paraId="4E70891E" w14:textId="77777777">
        <w:trPr>
          <w:jc w:val="center"/>
        </w:trPr>
        <w:tc>
          <w:tcPr>
            <w:tcW w:w="4320" w:type="dxa"/>
            <w:shd w:val="clear" w:color="auto" w:fill="003366"/>
          </w:tcPr>
          <w:p w14:paraId="185689EB" w14:textId="77777777" w:rsidR="00D96E9D" w:rsidRDefault="00000000">
            <w:r>
              <w:rPr>
                <w:b/>
                <w:color w:val="FFFFFF"/>
                <w:sz w:val="20"/>
              </w:rPr>
              <w:t>Option</w:t>
            </w:r>
          </w:p>
        </w:tc>
        <w:tc>
          <w:tcPr>
            <w:tcW w:w="4320" w:type="dxa"/>
            <w:shd w:val="clear" w:color="auto" w:fill="003366"/>
          </w:tcPr>
          <w:p w14:paraId="4AF5B012" w14:textId="77777777" w:rsidR="00D96E9D" w:rsidRDefault="00000000">
            <w:r>
              <w:rPr>
                <w:b/>
                <w:color w:val="FFFFFF"/>
                <w:sz w:val="20"/>
              </w:rPr>
              <w:t>Description</w:t>
            </w:r>
          </w:p>
        </w:tc>
      </w:tr>
      <w:tr w:rsidR="00D96E9D" w14:paraId="002BB3F8" w14:textId="77777777">
        <w:trPr>
          <w:jc w:val="center"/>
        </w:trPr>
        <w:tc>
          <w:tcPr>
            <w:tcW w:w="4320" w:type="dxa"/>
          </w:tcPr>
          <w:p w14:paraId="4E4910ED" w14:textId="77777777" w:rsidR="00D96E9D" w:rsidRDefault="00000000">
            <w:r>
              <w:rPr>
                <w:sz w:val="20"/>
              </w:rPr>
              <w:t>User Name</w:t>
            </w:r>
          </w:p>
        </w:tc>
        <w:tc>
          <w:tcPr>
            <w:tcW w:w="4320" w:type="dxa"/>
          </w:tcPr>
          <w:p w14:paraId="641B2372" w14:textId="77777777" w:rsidR="00D96E9D" w:rsidRDefault="00000000">
            <w:r>
              <w:rPr>
                <w:sz w:val="20"/>
              </w:rPr>
              <w:t>Displays your account name and role (e.g., "Sarah Bryan - user")</w:t>
            </w:r>
          </w:p>
        </w:tc>
      </w:tr>
      <w:tr w:rsidR="00D96E9D" w14:paraId="600AA65C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27A3E59F" w14:textId="77777777" w:rsidR="00D96E9D" w:rsidRDefault="00000000">
            <w:r>
              <w:rPr>
                <w:sz w:val="20"/>
              </w:rPr>
              <w:t>Dark Mode / Light Mode</w:t>
            </w:r>
          </w:p>
        </w:tc>
        <w:tc>
          <w:tcPr>
            <w:tcW w:w="4320" w:type="dxa"/>
            <w:shd w:val="clear" w:color="auto" w:fill="F2F2F2"/>
          </w:tcPr>
          <w:p w14:paraId="55ACC4E7" w14:textId="77777777" w:rsidR="00D96E9D" w:rsidRDefault="00000000">
            <w:r>
              <w:rPr>
                <w:sz w:val="20"/>
              </w:rPr>
              <w:t>Toggle between display themes</w:t>
            </w:r>
          </w:p>
        </w:tc>
      </w:tr>
      <w:tr w:rsidR="00D96E9D" w14:paraId="480197CA" w14:textId="77777777">
        <w:trPr>
          <w:jc w:val="center"/>
        </w:trPr>
        <w:tc>
          <w:tcPr>
            <w:tcW w:w="4320" w:type="dxa"/>
          </w:tcPr>
          <w:p w14:paraId="139D0C77" w14:textId="77777777" w:rsidR="00D96E9D" w:rsidRDefault="00000000">
            <w:r>
              <w:rPr>
                <w:sz w:val="20"/>
              </w:rPr>
              <w:t>Dashboard</w:t>
            </w:r>
          </w:p>
        </w:tc>
        <w:tc>
          <w:tcPr>
            <w:tcW w:w="4320" w:type="dxa"/>
          </w:tcPr>
          <w:p w14:paraId="0AF3DA12" w14:textId="77777777" w:rsidR="00D96E9D" w:rsidRDefault="00000000">
            <w:r>
              <w:rPr>
                <w:sz w:val="20"/>
              </w:rPr>
              <w:t>Return to the main dashboard</w:t>
            </w:r>
          </w:p>
        </w:tc>
      </w:tr>
      <w:tr w:rsidR="00D96E9D" w14:paraId="6E5F6312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00290384" w14:textId="77777777" w:rsidR="00D96E9D" w:rsidRDefault="00000000">
            <w:r>
              <w:rPr>
                <w:sz w:val="20"/>
              </w:rPr>
              <w:t>Sign Out</w:t>
            </w:r>
          </w:p>
        </w:tc>
        <w:tc>
          <w:tcPr>
            <w:tcW w:w="4320" w:type="dxa"/>
            <w:shd w:val="clear" w:color="auto" w:fill="F2F2F2"/>
          </w:tcPr>
          <w:p w14:paraId="40789E58" w14:textId="77777777" w:rsidR="00D96E9D" w:rsidRDefault="00000000">
            <w:r>
              <w:rPr>
                <w:sz w:val="20"/>
              </w:rPr>
              <w:t>Log out of your account</w:t>
            </w:r>
          </w:p>
        </w:tc>
      </w:tr>
    </w:tbl>
    <w:p w14:paraId="5C688E3E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Switching Display Themes</w:t>
      </w:r>
    </w:p>
    <w:p w14:paraId="3225BF29" w14:textId="77777777" w:rsidR="00D96E9D" w:rsidRDefault="00000000">
      <w:r>
        <w:t>Ontos Cosmos supports both light and dark display modes:</w:t>
      </w:r>
    </w:p>
    <w:p w14:paraId="6D234B2D" w14:textId="77777777" w:rsidR="00D96E9D" w:rsidRDefault="00000000">
      <w:pPr>
        <w:pStyle w:val="ListBullet"/>
      </w:pPr>
      <w:r>
        <w:t>Light Mode: White background with dark text (default)</w:t>
      </w:r>
    </w:p>
    <w:p w14:paraId="7E0801E4" w14:textId="77777777" w:rsidR="00D96E9D" w:rsidRDefault="00000000">
      <w:pPr>
        <w:pStyle w:val="ListBullet"/>
      </w:pPr>
      <w:r>
        <w:t>Dark Mode: Dark blue background with light text (reduced eye strain)</w:t>
      </w:r>
    </w:p>
    <w:p w14:paraId="143D9479" w14:textId="77777777" w:rsidR="00D96E9D" w:rsidRDefault="00000000">
      <w:r>
        <w:t>To switch themes:</w:t>
      </w:r>
    </w:p>
    <w:p w14:paraId="19759730" w14:textId="77777777" w:rsidR="00D96E9D" w:rsidRDefault="00000000">
      <w:pPr>
        <w:pStyle w:val="ListNumber"/>
      </w:pPr>
      <w:r>
        <w:t>Click your username in the top-right corner</w:t>
      </w:r>
    </w:p>
    <w:p w14:paraId="4F35CCE0" w14:textId="77777777" w:rsidR="00D96E9D" w:rsidRDefault="00000000">
      <w:pPr>
        <w:pStyle w:val="ListNumber"/>
      </w:pPr>
      <w:r>
        <w:lastRenderedPageBreak/>
        <w:t>Select "Dark Mode" or "Light Mode"</w:t>
      </w:r>
    </w:p>
    <w:p w14:paraId="5E018F4E" w14:textId="77777777" w:rsidR="00D96E9D" w:rsidRDefault="00000000">
      <w:pPr>
        <w:pStyle w:val="ListNumber"/>
      </w:pPr>
      <w:r>
        <w:t>The interface will immediately update</w:t>
      </w:r>
    </w:p>
    <w:p w14:paraId="7CE38CAF" w14:textId="77777777" w:rsidR="00D96E9D" w:rsidRDefault="00000000">
      <w:r>
        <w:t>The theme preference is saved to your account and persists across sessions.</w:t>
      </w:r>
    </w:p>
    <w:p w14:paraId="4098FE40" w14:textId="77777777" w:rsidR="00D96E9D" w:rsidRDefault="00000000">
      <w:r>
        <w:t>__________________________________________________</w:t>
      </w:r>
    </w:p>
    <w:p w14:paraId="485EADA6" w14:textId="77777777" w:rsidR="00D96E9D" w:rsidRDefault="00000000">
      <w:pPr>
        <w:pStyle w:val="Heading1"/>
        <w:spacing w:before="360" w:after="120"/>
      </w:pPr>
      <w:r>
        <w:rPr>
          <w:rFonts w:ascii="Calibri" w:hAnsi="Calibri"/>
          <w:color w:val="003366"/>
          <w:sz w:val="36"/>
        </w:rPr>
        <w:t>6. Dashboard Overview</w:t>
      </w:r>
    </w:p>
    <w:p w14:paraId="73388F52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Ontos Project Manager</w:t>
      </w:r>
    </w:p>
    <w:p w14:paraId="5BDF2AB5" w14:textId="77777777" w:rsidR="00D96E9D" w:rsidRDefault="00000000">
      <w:r>
        <w:t>After logging in, you'll see the Ontos Project Manager dashboard. This is your central hub for managing all ontology projects.</w:t>
      </w:r>
    </w:p>
    <w:p w14:paraId="1B764D94" w14:textId="1678D964" w:rsidR="00D96E9D" w:rsidRDefault="002702C1">
      <w:pPr>
        <w:jc w:val="center"/>
      </w:pPr>
      <w:r w:rsidRPr="002702C1">
        <w:rPr>
          <w:noProof/>
        </w:rPr>
        <w:drawing>
          <wp:inline distT="0" distB="0" distL="0" distR="0" wp14:anchorId="353883D5" wp14:editId="5B5F8809">
            <wp:extent cx="4279900" cy="4660900"/>
            <wp:effectExtent l="0" t="0" r="0" b="0"/>
            <wp:docPr id="1972617198" name="Picture 1" descr="A screenshot of a project mana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17198" name="Picture 1" descr="A screenshot of a project manag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AE8DB" w14:textId="77777777" w:rsidR="00D96E9D" w:rsidRDefault="00000000">
      <w:pPr>
        <w:jc w:val="center"/>
      </w:pPr>
      <w:r>
        <w:rPr>
          <w:i/>
          <w:color w:val="595959"/>
          <w:sz w:val="20"/>
        </w:rPr>
        <w:t>Figure 4.1: Dashboard showing Tile View and List View options</w:t>
      </w:r>
    </w:p>
    <w:p w14:paraId="0013D4FB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Top Navigation Bar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15"/>
        <w:gridCol w:w="4315"/>
      </w:tblGrid>
      <w:tr w:rsidR="00D96E9D" w14:paraId="16C387ED" w14:textId="77777777">
        <w:trPr>
          <w:jc w:val="center"/>
        </w:trPr>
        <w:tc>
          <w:tcPr>
            <w:tcW w:w="4320" w:type="dxa"/>
            <w:shd w:val="clear" w:color="auto" w:fill="003366"/>
          </w:tcPr>
          <w:p w14:paraId="13DE563C" w14:textId="77777777" w:rsidR="00D96E9D" w:rsidRDefault="00000000">
            <w:r>
              <w:rPr>
                <w:b/>
                <w:color w:val="FFFFFF"/>
                <w:sz w:val="20"/>
              </w:rPr>
              <w:t>Element</w:t>
            </w:r>
          </w:p>
        </w:tc>
        <w:tc>
          <w:tcPr>
            <w:tcW w:w="4320" w:type="dxa"/>
            <w:shd w:val="clear" w:color="auto" w:fill="003366"/>
          </w:tcPr>
          <w:p w14:paraId="539F065A" w14:textId="77777777" w:rsidR="00D96E9D" w:rsidRDefault="00000000">
            <w:r>
              <w:rPr>
                <w:b/>
                <w:color w:val="FFFFFF"/>
                <w:sz w:val="20"/>
              </w:rPr>
              <w:t>Function</w:t>
            </w:r>
          </w:p>
        </w:tc>
      </w:tr>
      <w:tr w:rsidR="00D96E9D" w14:paraId="4A206CFA" w14:textId="77777777">
        <w:trPr>
          <w:jc w:val="center"/>
        </w:trPr>
        <w:tc>
          <w:tcPr>
            <w:tcW w:w="4320" w:type="dxa"/>
          </w:tcPr>
          <w:p w14:paraId="66425F92" w14:textId="77777777" w:rsidR="00D96E9D" w:rsidRDefault="00000000">
            <w:r>
              <w:rPr>
                <w:sz w:val="20"/>
              </w:rPr>
              <w:lastRenderedPageBreak/>
              <w:t>Select Project</w:t>
            </w:r>
          </w:p>
        </w:tc>
        <w:tc>
          <w:tcPr>
            <w:tcW w:w="4320" w:type="dxa"/>
          </w:tcPr>
          <w:p w14:paraId="1B594107" w14:textId="77777777" w:rsidR="00D96E9D" w:rsidRDefault="00000000">
            <w:r>
              <w:rPr>
                <w:sz w:val="20"/>
              </w:rPr>
              <w:t>Dropdown to quickly switch between projects</w:t>
            </w:r>
          </w:p>
        </w:tc>
      </w:tr>
      <w:tr w:rsidR="00D96E9D" w14:paraId="3718AFE3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59019EF1" w14:textId="77777777" w:rsidR="00D96E9D" w:rsidRDefault="00000000">
            <w:r>
              <w:rPr>
                <w:sz w:val="20"/>
              </w:rPr>
              <w:t>Home Icon</w:t>
            </w:r>
          </w:p>
        </w:tc>
        <w:tc>
          <w:tcPr>
            <w:tcW w:w="4320" w:type="dxa"/>
            <w:shd w:val="clear" w:color="auto" w:fill="F2F2F2"/>
          </w:tcPr>
          <w:p w14:paraId="2E3B6183" w14:textId="77777777" w:rsidR="00D96E9D" w:rsidRDefault="00000000">
            <w:r>
              <w:rPr>
                <w:sz w:val="20"/>
              </w:rPr>
              <w:t>Return to the dashboard</w:t>
            </w:r>
          </w:p>
        </w:tc>
      </w:tr>
      <w:tr w:rsidR="00D96E9D" w14:paraId="6C6D0EA1" w14:textId="77777777">
        <w:trPr>
          <w:jc w:val="center"/>
        </w:trPr>
        <w:tc>
          <w:tcPr>
            <w:tcW w:w="4320" w:type="dxa"/>
          </w:tcPr>
          <w:p w14:paraId="49207460" w14:textId="77777777" w:rsidR="00D96E9D" w:rsidRDefault="00000000">
            <w:r>
              <w:rPr>
                <w:sz w:val="20"/>
              </w:rPr>
              <w:t>Create Workspace</w:t>
            </w:r>
          </w:p>
        </w:tc>
        <w:tc>
          <w:tcPr>
            <w:tcW w:w="4320" w:type="dxa"/>
          </w:tcPr>
          <w:p w14:paraId="7D1D69B4" w14:textId="77777777" w:rsidR="00D96E9D" w:rsidRDefault="00000000">
            <w:r>
              <w:rPr>
                <w:sz w:val="20"/>
              </w:rPr>
              <w:t>Create a new workspace (when in a project)</w:t>
            </w:r>
          </w:p>
        </w:tc>
      </w:tr>
      <w:tr w:rsidR="00D96E9D" w14:paraId="4D01B940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2ED73A70" w14:textId="77777777" w:rsidR="00D96E9D" w:rsidRDefault="00000000">
            <w:r>
              <w:rPr>
                <w:sz w:val="20"/>
              </w:rPr>
              <w:t>Search Icon</w:t>
            </w:r>
          </w:p>
        </w:tc>
        <w:tc>
          <w:tcPr>
            <w:tcW w:w="4320" w:type="dxa"/>
            <w:shd w:val="clear" w:color="auto" w:fill="F2F2F2"/>
          </w:tcPr>
          <w:p w14:paraId="11E9AF96" w14:textId="77777777" w:rsidR="00D96E9D" w:rsidRDefault="00000000">
            <w:r>
              <w:rPr>
                <w:sz w:val="20"/>
              </w:rPr>
              <w:t>Global search</w:t>
            </w:r>
          </w:p>
        </w:tc>
      </w:tr>
      <w:tr w:rsidR="00D96E9D" w14:paraId="0EAB7B90" w14:textId="77777777">
        <w:trPr>
          <w:jc w:val="center"/>
        </w:trPr>
        <w:tc>
          <w:tcPr>
            <w:tcW w:w="4320" w:type="dxa"/>
          </w:tcPr>
          <w:p w14:paraId="562CA916" w14:textId="77777777" w:rsidR="00D96E9D" w:rsidRDefault="00000000">
            <w:r>
              <w:rPr>
                <w:sz w:val="20"/>
              </w:rPr>
              <w:t>User Menu</w:t>
            </w:r>
          </w:p>
        </w:tc>
        <w:tc>
          <w:tcPr>
            <w:tcW w:w="4320" w:type="dxa"/>
          </w:tcPr>
          <w:p w14:paraId="0A5F8CDC" w14:textId="77777777" w:rsidR="00D96E9D" w:rsidRDefault="00000000">
            <w:r>
              <w:rPr>
                <w:sz w:val="20"/>
              </w:rPr>
              <w:t>Profile, theme, and sign out options</w:t>
            </w:r>
          </w:p>
        </w:tc>
      </w:tr>
    </w:tbl>
    <w:p w14:paraId="63AFFA28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Project Views</w:t>
      </w:r>
    </w:p>
    <w:p w14:paraId="711CCF3B" w14:textId="77777777" w:rsidR="00D96E9D" w:rsidRDefault="00000000">
      <w:r>
        <w:t>Toggle between two display modes using the buttons above your project list:</w:t>
      </w:r>
    </w:p>
    <w:p w14:paraId="7947108D" w14:textId="77777777" w:rsidR="00D96E9D" w:rsidRDefault="00000000">
      <w:r>
        <w:t>Tile View:</w:t>
      </w:r>
    </w:p>
    <w:p w14:paraId="3652F6AC" w14:textId="77777777" w:rsidR="00D96E9D" w:rsidRDefault="00000000">
      <w:pPr>
        <w:pStyle w:val="ListBullet"/>
      </w:pPr>
      <w:r>
        <w:t>Visual card-based layout</w:t>
      </w:r>
    </w:p>
    <w:p w14:paraId="27CDEB4B" w14:textId="77777777" w:rsidR="00D96E9D" w:rsidRDefault="00000000">
      <w:pPr>
        <w:pStyle w:val="ListBullet"/>
      </w:pPr>
      <w:r>
        <w:t>Shows project name, description, type, and creation date</w:t>
      </w:r>
    </w:p>
    <w:p w14:paraId="21C868AD" w14:textId="77777777" w:rsidR="00D96E9D" w:rsidRDefault="00000000">
      <w:pPr>
        <w:pStyle w:val="ListBullet"/>
      </w:pPr>
      <w:r>
        <w:t>Best for browsing and visual overview</w:t>
      </w:r>
    </w:p>
    <w:p w14:paraId="206472D1" w14:textId="77777777" w:rsidR="00D96E9D" w:rsidRDefault="00000000">
      <w:pPr>
        <w:pStyle w:val="ListBullet"/>
      </w:pPr>
      <w:r>
        <w:t>Projects displayed in a grid format</w:t>
      </w:r>
    </w:p>
    <w:p w14:paraId="489577B8" w14:textId="77777777" w:rsidR="00D96E9D" w:rsidRDefault="00000000">
      <w:r>
        <w:t>List View:</w:t>
      </w:r>
    </w:p>
    <w:p w14:paraId="291EA5BD" w14:textId="77777777" w:rsidR="00D96E9D" w:rsidRDefault="00000000">
      <w:pPr>
        <w:pStyle w:val="ListBullet"/>
      </w:pPr>
      <w:r>
        <w:t>Compact row-based layout</w:t>
      </w:r>
    </w:p>
    <w:p w14:paraId="17C8F99C" w14:textId="77777777" w:rsidR="00D96E9D" w:rsidRDefault="00000000">
      <w:pPr>
        <w:pStyle w:val="ListBullet"/>
      </w:pPr>
      <w:r>
        <w:t>More projects visible at once</w:t>
      </w:r>
    </w:p>
    <w:p w14:paraId="141CA71F" w14:textId="77777777" w:rsidR="00D96E9D" w:rsidRDefault="00000000">
      <w:pPr>
        <w:pStyle w:val="ListBullet"/>
      </w:pPr>
      <w:r>
        <w:t>Shows: Name, Created Date, Description</w:t>
      </w:r>
    </w:p>
    <w:p w14:paraId="2A4414BF" w14:textId="77777777" w:rsidR="00D96E9D" w:rsidRDefault="00000000">
      <w:pPr>
        <w:pStyle w:val="ListBullet"/>
      </w:pPr>
      <w:r>
        <w:t>Best for managing many projects</w:t>
      </w:r>
    </w:p>
    <w:p w14:paraId="10DCBDFA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lastRenderedPageBreak/>
        <w:t>Searching Projects</w:t>
      </w:r>
    </w:p>
    <w:p w14:paraId="7F70EA72" w14:textId="3D7A9225" w:rsidR="00D96E9D" w:rsidRDefault="00562680">
      <w:pPr>
        <w:jc w:val="center"/>
      </w:pPr>
      <w:r w:rsidRPr="00562680">
        <w:rPr>
          <w:noProof/>
        </w:rPr>
        <w:drawing>
          <wp:inline distT="0" distB="0" distL="0" distR="0" wp14:anchorId="224567F1" wp14:editId="39448B1F">
            <wp:extent cx="4279900" cy="4381500"/>
            <wp:effectExtent l="0" t="0" r="0" b="0"/>
            <wp:docPr id="767573853" name="Picture 1" descr="A screenshot of a project mana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73853" name="Picture 1" descr="A screenshot of a project manag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F1452" w14:textId="77777777" w:rsidR="00D96E9D" w:rsidRDefault="00000000">
      <w:pPr>
        <w:jc w:val="center"/>
      </w:pPr>
      <w:r>
        <w:rPr>
          <w:i/>
          <w:color w:val="595959"/>
          <w:sz w:val="20"/>
        </w:rPr>
        <w:t>Figure 4.2: Real-time project search filtering</w:t>
      </w:r>
    </w:p>
    <w:p w14:paraId="6E1B5FD5" w14:textId="77777777" w:rsidR="00D96E9D" w:rsidRDefault="00000000">
      <w:r>
        <w:t>The search bar provides real-time filtering:</w:t>
      </w:r>
    </w:p>
    <w:p w14:paraId="2B386A9D" w14:textId="77777777" w:rsidR="00D96E9D" w:rsidRDefault="00000000">
      <w:pPr>
        <w:pStyle w:val="ListNumber"/>
      </w:pPr>
      <w:r>
        <w:t>Click in the "Search projects..." field</w:t>
      </w:r>
    </w:p>
    <w:p w14:paraId="2E5EC2A8" w14:textId="77777777" w:rsidR="00D96E9D" w:rsidRDefault="00000000">
      <w:pPr>
        <w:pStyle w:val="ListNumber"/>
      </w:pPr>
      <w:r>
        <w:t>Begin typing your search term</w:t>
      </w:r>
    </w:p>
    <w:p w14:paraId="045E74A9" w14:textId="77777777" w:rsidR="00D96E9D" w:rsidRDefault="00000000">
      <w:pPr>
        <w:pStyle w:val="ListNumber"/>
      </w:pPr>
      <w:r>
        <w:t>Projects are filtered instantly as you type</w:t>
      </w:r>
    </w:p>
    <w:p w14:paraId="36AE31C4" w14:textId="77777777" w:rsidR="00D96E9D" w:rsidRDefault="00000000">
      <w:pPr>
        <w:pStyle w:val="ListNumber"/>
      </w:pPr>
      <w:r>
        <w:t>If no matches found, displays "No projects found" with a suggestion to adjust search terms or create a new project</w:t>
      </w:r>
    </w:p>
    <w:p w14:paraId="53B7F2C9" w14:textId="77777777" w:rsidR="00D96E9D" w:rsidRDefault="00000000">
      <w:pPr>
        <w:ind w:left="720"/>
      </w:pPr>
      <w:r>
        <w:rPr>
          <w:i/>
          <w:color w:val="44546A"/>
        </w:rPr>
        <w:t>Tip: Search matches against project names. Use specific keywords for faster results.</w:t>
      </w:r>
    </w:p>
    <w:p w14:paraId="52E9E6E7" w14:textId="77777777" w:rsidR="00D96E9D" w:rsidRDefault="00000000">
      <w:r>
        <w:t>__________________________________________________</w:t>
      </w:r>
    </w:p>
    <w:p w14:paraId="724C1C9B" w14:textId="77777777" w:rsidR="00D96E9D" w:rsidRDefault="00000000">
      <w:pPr>
        <w:pStyle w:val="Heading1"/>
        <w:spacing w:before="360" w:after="120"/>
      </w:pPr>
      <w:r>
        <w:rPr>
          <w:rFonts w:ascii="Calibri" w:hAnsi="Calibri"/>
          <w:color w:val="003366"/>
          <w:sz w:val="36"/>
        </w:rPr>
        <w:lastRenderedPageBreak/>
        <w:t>7. Project Management</w:t>
      </w:r>
    </w:p>
    <w:p w14:paraId="6CF26DB4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Creating a New Project</w:t>
      </w:r>
    </w:p>
    <w:p w14:paraId="2B6774EC" w14:textId="6B4E2D2D" w:rsidR="00D96E9D" w:rsidRDefault="002702C1">
      <w:pPr>
        <w:jc w:val="center"/>
      </w:pPr>
      <w:r w:rsidRPr="002702C1">
        <w:rPr>
          <w:noProof/>
        </w:rPr>
        <w:drawing>
          <wp:inline distT="0" distB="0" distL="0" distR="0" wp14:anchorId="31280B7D" wp14:editId="009C8B30">
            <wp:extent cx="3136900" cy="4203700"/>
            <wp:effectExtent l="0" t="0" r="0" b="0"/>
            <wp:docPr id="14677208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2087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D562E" w14:textId="77777777" w:rsidR="00D96E9D" w:rsidRDefault="00000000">
      <w:pPr>
        <w:jc w:val="center"/>
      </w:pPr>
      <w:r>
        <w:rPr>
          <w:i/>
          <w:color w:val="595959"/>
          <w:sz w:val="20"/>
        </w:rPr>
        <w:t>Figure 5.1: Create New Project dialog with all available options</w:t>
      </w:r>
    </w:p>
    <w:p w14:paraId="23DFF163" w14:textId="77777777" w:rsidR="00D96E9D" w:rsidRDefault="00000000">
      <w:r>
        <w:t>Steps to create a project:</w:t>
      </w:r>
    </w:p>
    <w:p w14:paraId="613C322A" w14:textId="77777777" w:rsidR="00D96E9D" w:rsidRDefault="00000000">
      <w:pPr>
        <w:pStyle w:val="ListNumber"/>
      </w:pPr>
      <w:r>
        <w:t>From the dashboard, click "+ Create Project" (blue button)</w:t>
      </w:r>
    </w:p>
    <w:p w14:paraId="5D5D4EDF" w14:textId="77777777" w:rsidR="00D96E9D" w:rsidRDefault="00000000">
      <w:pPr>
        <w:pStyle w:val="ListNumber"/>
      </w:pPr>
      <w:r>
        <w:t>Complete the project creation form:</w:t>
      </w:r>
    </w:p>
    <w:p w14:paraId="6EEF2372" w14:textId="77777777" w:rsidR="003865DB" w:rsidRDefault="003865DB" w:rsidP="00661373">
      <w:pPr>
        <w:pStyle w:val="ListNumber"/>
        <w:numPr>
          <w:ilvl w:val="0"/>
          <w:numId w:val="0"/>
        </w:numPr>
        <w:ind w:left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77"/>
        <w:gridCol w:w="2876"/>
        <w:gridCol w:w="2877"/>
      </w:tblGrid>
      <w:tr w:rsidR="00D96E9D" w14:paraId="18126B01" w14:textId="77777777">
        <w:trPr>
          <w:jc w:val="center"/>
        </w:trPr>
        <w:tc>
          <w:tcPr>
            <w:tcW w:w="2880" w:type="dxa"/>
            <w:shd w:val="clear" w:color="auto" w:fill="003366"/>
          </w:tcPr>
          <w:p w14:paraId="5FA7A424" w14:textId="77777777" w:rsidR="00D96E9D" w:rsidRDefault="00000000">
            <w:r>
              <w:rPr>
                <w:b/>
                <w:color w:val="FFFFFF"/>
                <w:sz w:val="20"/>
              </w:rPr>
              <w:t>Field</w:t>
            </w:r>
          </w:p>
        </w:tc>
        <w:tc>
          <w:tcPr>
            <w:tcW w:w="2880" w:type="dxa"/>
            <w:shd w:val="clear" w:color="auto" w:fill="003366"/>
          </w:tcPr>
          <w:p w14:paraId="3D50DED5" w14:textId="77777777" w:rsidR="00D96E9D" w:rsidRDefault="00000000">
            <w:r>
              <w:rPr>
                <w:b/>
                <w:color w:val="FFFFFF"/>
                <w:sz w:val="20"/>
              </w:rPr>
              <w:t>Required</w:t>
            </w:r>
          </w:p>
        </w:tc>
        <w:tc>
          <w:tcPr>
            <w:tcW w:w="2880" w:type="dxa"/>
            <w:shd w:val="clear" w:color="auto" w:fill="003366"/>
          </w:tcPr>
          <w:p w14:paraId="62815E7A" w14:textId="77777777" w:rsidR="00D96E9D" w:rsidRDefault="00000000">
            <w:r>
              <w:rPr>
                <w:b/>
                <w:color w:val="FFFFFF"/>
                <w:sz w:val="20"/>
              </w:rPr>
              <w:t>Description</w:t>
            </w:r>
          </w:p>
        </w:tc>
      </w:tr>
      <w:tr w:rsidR="00D96E9D" w14:paraId="1E10E9C1" w14:textId="77777777">
        <w:trPr>
          <w:jc w:val="center"/>
        </w:trPr>
        <w:tc>
          <w:tcPr>
            <w:tcW w:w="2880" w:type="dxa"/>
          </w:tcPr>
          <w:p w14:paraId="159FC26F" w14:textId="77777777" w:rsidR="00D96E9D" w:rsidRDefault="00000000">
            <w:r>
              <w:rPr>
                <w:sz w:val="20"/>
              </w:rPr>
              <w:t>Project Name</w:t>
            </w:r>
          </w:p>
        </w:tc>
        <w:tc>
          <w:tcPr>
            <w:tcW w:w="2880" w:type="dxa"/>
          </w:tcPr>
          <w:p w14:paraId="2CF2D13A" w14:textId="77777777" w:rsidR="00D96E9D" w:rsidRDefault="00000000">
            <w:r>
              <w:rPr>
                <w:sz w:val="20"/>
              </w:rPr>
              <w:t>Yes</w:t>
            </w:r>
          </w:p>
        </w:tc>
        <w:tc>
          <w:tcPr>
            <w:tcW w:w="2880" w:type="dxa"/>
          </w:tcPr>
          <w:p w14:paraId="7A515AAF" w14:textId="77777777" w:rsidR="00D96E9D" w:rsidRDefault="00000000">
            <w:r>
              <w:rPr>
                <w:sz w:val="20"/>
              </w:rPr>
              <w:t>Unique name for your project</w:t>
            </w:r>
          </w:p>
        </w:tc>
      </w:tr>
      <w:tr w:rsidR="00D96E9D" w14:paraId="4C6B2633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09E46676" w14:textId="77777777" w:rsidR="00D96E9D" w:rsidRDefault="00000000">
            <w:r>
              <w:rPr>
                <w:sz w:val="20"/>
              </w:rPr>
              <w:t>Describe Your Project</w:t>
            </w:r>
          </w:p>
        </w:tc>
        <w:tc>
          <w:tcPr>
            <w:tcW w:w="2880" w:type="dxa"/>
            <w:shd w:val="clear" w:color="auto" w:fill="F2F2F2"/>
          </w:tcPr>
          <w:p w14:paraId="1A3B6C13" w14:textId="77777777" w:rsidR="00D96E9D" w:rsidRDefault="00000000">
            <w:r>
              <w:rPr>
                <w:sz w:val="20"/>
              </w:rPr>
              <w:t>No</w:t>
            </w:r>
          </w:p>
        </w:tc>
        <w:tc>
          <w:tcPr>
            <w:tcW w:w="2880" w:type="dxa"/>
            <w:shd w:val="clear" w:color="auto" w:fill="F2F2F2"/>
          </w:tcPr>
          <w:p w14:paraId="74ADD902" w14:textId="77777777" w:rsidR="00D96E9D" w:rsidRDefault="00000000">
            <w:r>
              <w:rPr>
                <w:sz w:val="20"/>
              </w:rPr>
              <w:t>Brief description of the project's purpose</w:t>
            </w:r>
          </w:p>
        </w:tc>
      </w:tr>
      <w:tr w:rsidR="00D96E9D" w14:paraId="1D01B81D" w14:textId="77777777">
        <w:trPr>
          <w:jc w:val="center"/>
        </w:trPr>
        <w:tc>
          <w:tcPr>
            <w:tcW w:w="2880" w:type="dxa"/>
          </w:tcPr>
          <w:p w14:paraId="45A551C3" w14:textId="77777777" w:rsidR="00D96E9D" w:rsidRDefault="00000000">
            <w:r>
              <w:rPr>
                <w:sz w:val="20"/>
              </w:rPr>
              <w:t>Category</w:t>
            </w:r>
          </w:p>
        </w:tc>
        <w:tc>
          <w:tcPr>
            <w:tcW w:w="2880" w:type="dxa"/>
          </w:tcPr>
          <w:p w14:paraId="723E7A82" w14:textId="77777777" w:rsidR="00D96E9D" w:rsidRDefault="00000000">
            <w:r>
              <w:rPr>
                <w:sz w:val="20"/>
              </w:rPr>
              <w:t>No</w:t>
            </w:r>
          </w:p>
        </w:tc>
        <w:tc>
          <w:tcPr>
            <w:tcW w:w="2880" w:type="dxa"/>
          </w:tcPr>
          <w:p w14:paraId="61EEB0CE" w14:textId="77777777" w:rsidR="00D96E9D" w:rsidRDefault="00000000">
            <w:r>
              <w:rPr>
                <w:sz w:val="20"/>
              </w:rPr>
              <w:t>Select from: Government, Financial, Healthcare, Research, Commercial, Personal</w:t>
            </w:r>
          </w:p>
        </w:tc>
      </w:tr>
      <w:tr w:rsidR="00D96E9D" w14:paraId="7319ECF2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6600EBE0" w14:textId="77777777" w:rsidR="00D96E9D" w:rsidRDefault="00000000">
            <w:r>
              <w:rPr>
                <w:sz w:val="20"/>
              </w:rPr>
              <w:t>Ontology Type</w:t>
            </w:r>
          </w:p>
        </w:tc>
        <w:tc>
          <w:tcPr>
            <w:tcW w:w="2880" w:type="dxa"/>
            <w:shd w:val="clear" w:color="auto" w:fill="F2F2F2"/>
          </w:tcPr>
          <w:p w14:paraId="4C65EB2F" w14:textId="77777777" w:rsidR="00D96E9D" w:rsidRDefault="00000000">
            <w:r>
              <w:rPr>
                <w:sz w:val="20"/>
              </w:rPr>
              <w:t>No</w:t>
            </w:r>
          </w:p>
        </w:tc>
        <w:tc>
          <w:tcPr>
            <w:tcW w:w="2880" w:type="dxa"/>
            <w:shd w:val="clear" w:color="auto" w:fill="F2F2F2"/>
          </w:tcPr>
          <w:p w14:paraId="7CFC38BF" w14:textId="77777777" w:rsidR="00D96E9D" w:rsidRDefault="00000000">
            <w:r>
              <w:rPr>
                <w:sz w:val="20"/>
              </w:rPr>
              <w:t>Type of ontology - Domain, Upper, Application (dropdown)</w:t>
            </w:r>
          </w:p>
        </w:tc>
      </w:tr>
      <w:tr w:rsidR="00D96E9D" w14:paraId="35E075AC" w14:textId="77777777">
        <w:trPr>
          <w:jc w:val="center"/>
        </w:trPr>
        <w:tc>
          <w:tcPr>
            <w:tcW w:w="2880" w:type="dxa"/>
          </w:tcPr>
          <w:p w14:paraId="44A3FFF7" w14:textId="77777777" w:rsidR="00D96E9D" w:rsidRDefault="00000000">
            <w:r>
              <w:rPr>
                <w:sz w:val="20"/>
              </w:rPr>
              <w:lastRenderedPageBreak/>
              <w:t>Add Data Tags</w:t>
            </w:r>
          </w:p>
        </w:tc>
        <w:tc>
          <w:tcPr>
            <w:tcW w:w="2880" w:type="dxa"/>
          </w:tcPr>
          <w:p w14:paraId="629F90E7" w14:textId="77777777" w:rsidR="00D96E9D" w:rsidRDefault="00000000">
            <w:r>
              <w:rPr>
                <w:sz w:val="20"/>
              </w:rPr>
              <w:t>No</w:t>
            </w:r>
          </w:p>
        </w:tc>
        <w:tc>
          <w:tcPr>
            <w:tcW w:w="2880" w:type="dxa"/>
          </w:tcPr>
          <w:p w14:paraId="1E86D685" w14:textId="77777777" w:rsidR="00D96E9D" w:rsidRDefault="00000000">
            <w:r>
              <w:rPr>
                <w:sz w:val="20"/>
              </w:rPr>
              <w:t>Keywords for searchability (comma-separated, press Enter to add)</w:t>
            </w:r>
          </w:p>
        </w:tc>
      </w:tr>
      <w:tr w:rsidR="00D96E9D" w14:paraId="5965B80C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7F0F1AA7" w14:textId="77777777" w:rsidR="00D96E9D" w:rsidRDefault="00000000">
            <w:r>
              <w:rPr>
                <w:sz w:val="20"/>
              </w:rPr>
              <w:t>Collaboration</w:t>
            </w:r>
          </w:p>
        </w:tc>
        <w:tc>
          <w:tcPr>
            <w:tcW w:w="2880" w:type="dxa"/>
            <w:shd w:val="clear" w:color="auto" w:fill="F2F2F2"/>
          </w:tcPr>
          <w:p w14:paraId="017E6A57" w14:textId="77777777" w:rsidR="00D96E9D" w:rsidRDefault="00000000">
            <w:r>
              <w:rPr>
                <w:sz w:val="20"/>
              </w:rPr>
              <w:t>No</w:t>
            </w:r>
          </w:p>
        </w:tc>
        <w:tc>
          <w:tcPr>
            <w:tcW w:w="2880" w:type="dxa"/>
            <w:shd w:val="clear" w:color="auto" w:fill="F2F2F2"/>
          </w:tcPr>
          <w:p w14:paraId="69C22DD8" w14:textId="77777777" w:rsidR="00D96E9D" w:rsidRDefault="00000000">
            <w:r>
              <w:rPr>
                <w:sz w:val="20"/>
              </w:rPr>
              <w:t>Privacy setting - Private (Only you), Team, or Public</w:t>
            </w:r>
          </w:p>
        </w:tc>
      </w:tr>
      <w:tr w:rsidR="00D96E9D" w14:paraId="0E8599FE" w14:textId="77777777">
        <w:trPr>
          <w:jc w:val="center"/>
        </w:trPr>
        <w:tc>
          <w:tcPr>
            <w:tcW w:w="2880" w:type="dxa"/>
          </w:tcPr>
          <w:p w14:paraId="2E527DFA" w14:textId="77777777" w:rsidR="00D96E9D" w:rsidRDefault="00000000">
            <w:r>
              <w:rPr>
                <w:sz w:val="20"/>
              </w:rPr>
              <w:t>Autosave</w:t>
            </w:r>
          </w:p>
        </w:tc>
        <w:tc>
          <w:tcPr>
            <w:tcW w:w="2880" w:type="dxa"/>
          </w:tcPr>
          <w:p w14:paraId="2DB79C97" w14:textId="77777777" w:rsidR="00D96E9D" w:rsidRDefault="00000000">
            <w:r>
              <w:rPr>
                <w:sz w:val="20"/>
              </w:rPr>
              <w:t>No</w:t>
            </w:r>
          </w:p>
        </w:tc>
        <w:tc>
          <w:tcPr>
            <w:tcW w:w="2880" w:type="dxa"/>
          </w:tcPr>
          <w:p w14:paraId="77FF0C3E" w14:textId="77777777" w:rsidR="00D96E9D" w:rsidRDefault="00000000">
            <w:r>
              <w:rPr>
                <w:sz w:val="20"/>
              </w:rPr>
              <w:t>Enable automatic saving (enabled by default - blue toggle)</w:t>
            </w:r>
          </w:p>
        </w:tc>
      </w:tr>
    </w:tbl>
    <w:p w14:paraId="3671554E" w14:textId="77777777" w:rsidR="00D96E9D" w:rsidRDefault="00000000">
      <w:pPr>
        <w:pStyle w:val="ListNumber"/>
      </w:pPr>
      <w:r>
        <w:t>Click "Create" to create the project</w:t>
      </w:r>
    </w:p>
    <w:p w14:paraId="34E2555F" w14:textId="77777777" w:rsidR="00D96E9D" w:rsidRDefault="00000000">
      <w:pPr>
        <w:pStyle w:val="ListNumber"/>
      </w:pPr>
      <w:r>
        <w:t>Click "Cancel" to discard and close the dialog</w:t>
      </w:r>
    </w:p>
    <w:p w14:paraId="69F1F4A7" w14:textId="77777777" w:rsidR="00D96E9D" w:rsidRDefault="00000000">
      <w:pPr>
        <w:pStyle w:val="ListNumber"/>
      </w:pPr>
      <w:r>
        <w:t>The project will appear on your dashboard</w:t>
      </w:r>
    </w:p>
    <w:p w14:paraId="02438E07" w14:textId="77777777" w:rsidR="00D96E9D" w:rsidRDefault="00000000">
      <w:pPr>
        <w:ind w:left="720"/>
      </w:pPr>
      <w:r>
        <w:rPr>
          <w:i/>
          <w:color w:val="44546A"/>
        </w:rPr>
        <w:t>Note: Only the Project Name is required. All other fields can be configured later in project settings.</w:t>
      </w:r>
    </w:p>
    <w:p w14:paraId="74AC5079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Opening a Project</w:t>
      </w:r>
    </w:p>
    <w:p w14:paraId="11981910" w14:textId="77777777" w:rsidR="00D96E9D" w:rsidRDefault="00000000">
      <w:r>
        <w:t>There are two ways to open a project:</w:t>
      </w:r>
    </w:p>
    <w:p w14:paraId="130642D2" w14:textId="77777777" w:rsidR="00D96E9D" w:rsidRDefault="00000000">
      <w:r>
        <w:t>Option 1: From Dashboard Tiles</w:t>
      </w:r>
    </w:p>
    <w:p w14:paraId="723E3B1E" w14:textId="729DC7BD" w:rsidR="00D96E9D" w:rsidRDefault="002702C1">
      <w:pPr>
        <w:jc w:val="center"/>
      </w:pPr>
      <w:r w:rsidRPr="002702C1">
        <w:rPr>
          <w:noProof/>
        </w:rPr>
        <w:drawing>
          <wp:inline distT="0" distB="0" distL="0" distR="0" wp14:anchorId="2A048FA1" wp14:editId="03A11248">
            <wp:extent cx="5486400" cy="3260090"/>
            <wp:effectExtent l="0" t="0" r="0" b="3810"/>
            <wp:docPr id="533714914" name="Picture 1" descr="A screenshot of a project mana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14914" name="Picture 1" descr="A screenshot of a project manag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EDD04" w14:textId="77777777" w:rsidR="00D96E9D" w:rsidRDefault="00000000">
      <w:pPr>
        <w:jc w:val="center"/>
      </w:pPr>
      <w:r>
        <w:rPr>
          <w:i/>
          <w:color w:val="595959"/>
          <w:sz w:val="20"/>
        </w:rPr>
        <w:t>Figure 5.2: Opening a project by clicking the tile and selecting Open Project</w:t>
      </w:r>
    </w:p>
    <w:p w14:paraId="3021CAAE" w14:textId="77777777" w:rsidR="00D96E9D" w:rsidRDefault="00000000">
      <w:pPr>
        <w:pStyle w:val="ListNumber"/>
      </w:pPr>
      <w:r>
        <w:t>Locate the project on the dashboard</w:t>
      </w:r>
    </w:p>
    <w:p w14:paraId="1B694217" w14:textId="77777777" w:rsidR="00D96E9D" w:rsidRDefault="00000000">
      <w:pPr>
        <w:pStyle w:val="ListNumber"/>
      </w:pPr>
      <w:r>
        <w:t>Click on the project tile (it will be highlighted)</w:t>
      </w:r>
    </w:p>
    <w:p w14:paraId="30192DC5" w14:textId="77777777" w:rsidR="00D96E9D" w:rsidRDefault="00000000">
      <w:pPr>
        <w:pStyle w:val="ListNumber"/>
      </w:pPr>
      <w:r>
        <w:t>A green "Open Project" button will appear at the bottom of the tile</w:t>
      </w:r>
    </w:p>
    <w:p w14:paraId="50FDA7FF" w14:textId="77777777" w:rsidR="00D96E9D" w:rsidRDefault="00000000">
      <w:pPr>
        <w:pStyle w:val="ListNumber"/>
      </w:pPr>
      <w:r>
        <w:t>Click "Open Project" to enter the project</w:t>
      </w:r>
    </w:p>
    <w:p w14:paraId="2E22BBC7" w14:textId="77777777" w:rsidR="00D96E9D" w:rsidRDefault="00000000">
      <w:r>
        <w:lastRenderedPageBreak/>
        <w:t>Option 2: Using Select Project Dropdown</w:t>
      </w:r>
    </w:p>
    <w:p w14:paraId="058A887B" w14:textId="161C9392" w:rsidR="00D96E9D" w:rsidRDefault="002702C1">
      <w:pPr>
        <w:jc w:val="center"/>
      </w:pPr>
      <w:r w:rsidRPr="002702C1">
        <w:rPr>
          <w:noProof/>
        </w:rPr>
        <w:drawing>
          <wp:inline distT="0" distB="0" distL="0" distR="0" wp14:anchorId="6156040E" wp14:editId="13DEA30E">
            <wp:extent cx="4076700" cy="4343400"/>
            <wp:effectExtent l="0" t="0" r="0" b="0"/>
            <wp:docPr id="1140512168" name="Picture 1" descr="A screenshot of a pro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12168" name="Picture 1" descr="A screenshot of a projec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2793A" w14:textId="77777777" w:rsidR="00D96E9D" w:rsidRDefault="00000000">
      <w:pPr>
        <w:jc w:val="center"/>
      </w:pPr>
      <w:r>
        <w:rPr>
          <w:i/>
          <w:color w:val="595959"/>
          <w:sz w:val="20"/>
        </w:rPr>
        <w:t>Figure 5.3: Quick project switching using the Select Project dropdown</w:t>
      </w:r>
    </w:p>
    <w:p w14:paraId="2A1175CC" w14:textId="77777777" w:rsidR="00D96E9D" w:rsidRDefault="00000000">
      <w:pPr>
        <w:pStyle w:val="ListNumber"/>
      </w:pPr>
      <w:r>
        <w:t>Click "Select Project" in the top navigation bar</w:t>
      </w:r>
    </w:p>
    <w:p w14:paraId="7AE0D0C6" w14:textId="77777777" w:rsidR="00D96E9D" w:rsidRDefault="00000000">
      <w:pPr>
        <w:pStyle w:val="ListNumber"/>
      </w:pPr>
      <w:r>
        <w:t>A dropdown shows all your projects with:</w:t>
      </w:r>
    </w:p>
    <w:p w14:paraId="1DB62894" w14:textId="77777777" w:rsidR="00D96E9D" w:rsidRDefault="00000000">
      <w:r>
        <w:t xml:space="preserve">   - Project name</w:t>
      </w:r>
    </w:p>
    <w:p w14:paraId="703F77C6" w14:textId="77777777" w:rsidR="00D96E9D" w:rsidRDefault="00000000">
      <w:r>
        <w:t xml:space="preserve">   - Number of ontologies (e.g., "0 ontologies")</w:t>
      </w:r>
    </w:p>
    <w:p w14:paraId="4DE2E81B" w14:textId="77777777" w:rsidR="00D96E9D" w:rsidRDefault="00000000">
      <w:r>
        <w:t xml:space="preserve">   - Number of workspaces (e.g., "0 workspaces")</w:t>
      </w:r>
    </w:p>
    <w:p w14:paraId="14EF3358" w14:textId="77777777" w:rsidR="00D96E9D" w:rsidRDefault="00000000">
      <w:pPr>
        <w:pStyle w:val="ListNumber"/>
      </w:pPr>
      <w:r>
        <w:t>Click on a project to open it immediately</w:t>
      </w:r>
    </w:p>
    <w:p w14:paraId="37918126" w14:textId="77777777" w:rsidR="00D96E9D" w:rsidRDefault="00000000">
      <w:pPr>
        <w:pStyle w:val="ListNumber"/>
      </w:pPr>
      <w:r>
        <w:t>You can also click "New Project" at the bottom to create a new one</w:t>
      </w:r>
    </w:p>
    <w:p w14:paraId="641461E6" w14:textId="77777777" w:rsidR="00D96E9D" w:rsidRDefault="00000000">
      <w:pPr>
        <w:ind w:left="720"/>
      </w:pPr>
      <w:r>
        <w:rPr>
          <w:i/>
          <w:color w:val="44546A"/>
        </w:rPr>
        <w:t>Tip: The Select Project dropdown is available on ALL pages throughout the application, allowing you to quickly switch between projects without returning to the dashboard.</w:t>
      </w:r>
    </w:p>
    <w:p w14:paraId="7CFC9F40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lastRenderedPageBreak/>
        <w:t>Project Sidebar Menu</w:t>
      </w:r>
    </w:p>
    <w:p w14:paraId="02764D45" w14:textId="0DE362AE" w:rsidR="00D96E9D" w:rsidRDefault="002702C1">
      <w:pPr>
        <w:jc w:val="center"/>
      </w:pPr>
      <w:r w:rsidRPr="002702C1">
        <w:rPr>
          <w:noProof/>
        </w:rPr>
        <w:drawing>
          <wp:inline distT="0" distB="0" distL="0" distR="0" wp14:anchorId="674D6F98" wp14:editId="5E03B74D">
            <wp:extent cx="5334000" cy="3911600"/>
            <wp:effectExtent l="0" t="0" r="0" b="0"/>
            <wp:docPr id="5462177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217717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EFCA7" w14:textId="77777777" w:rsidR="00D96E9D" w:rsidRDefault="00000000">
      <w:pPr>
        <w:jc w:val="center"/>
      </w:pPr>
      <w:r>
        <w:rPr>
          <w:i/>
          <w:color w:val="595959"/>
          <w:sz w:val="20"/>
        </w:rPr>
        <w:t>Figure 5.4: Project sidebar menu (expanded and collapsed views)</w:t>
      </w:r>
    </w:p>
    <w:p w14:paraId="15AF4912" w14:textId="77777777" w:rsidR="00D96E9D" w:rsidRDefault="00000000">
      <w:r>
        <w:t>Once inside a project, a sidebar menu appears on the left with the following options: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77"/>
        <w:gridCol w:w="2876"/>
        <w:gridCol w:w="2877"/>
      </w:tblGrid>
      <w:tr w:rsidR="00D96E9D" w14:paraId="1FCA7F0C" w14:textId="77777777">
        <w:trPr>
          <w:jc w:val="center"/>
        </w:trPr>
        <w:tc>
          <w:tcPr>
            <w:tcW w:w="2880" w:type="dxa"/>
            <w:shd w:val="clear" w:color="auto" w:fill="003366"/>
          </w:tcPr>
          <w:p w14:paraId="0092FD14" w14:textId="77777777" w:rsidR="00D96E9D" w:rsidRDefault="00000000">
            <w:r>
              <w:rPr>
                <w:b/>
                <w:color w:val="FFFFFF"/>
                <w:sz w:val="20"/>
              </w:rPr>
              <w:t>Menu Item</w:t>
            </w:r>
          </w:p>
        </w:tc>
        <w:tc>
          <w:tcPr>
            <w:tcW w:w="2880" w:type="dxa"/>
            <w:shd w:val="clear" w:color="auto" w:fill="003366"/>
          </w:tcPr>
          <w:p w14:paraId="22038AF6" w14:textId="77777777" w:rsidR="00D96E9D" w:rsidRDefault="00000000">
            <w:r>
              <w:rPr>
                <w:b/>
                <w:color w:val="FFFFFF"/>
                <w:sz w:val="20"/>
              </w:rPr>
              <w:t>Icon</w:t>
            </w:r>
          </w:p>
        </w:tc>
        <w:tc>
          <w:tcPr>
            <w:tcW w:w="2880" w:type="dxa"/>
            <w:shd w:val="clear" w:color="auto" w:fill="003366"/>
          </w:tcPr>
          <w:p w14:paraId="7CF6B6A9" w14:textId="77777777" w:rsidR="00D96E9D" w:rsidRDefault="00000000">
            <w:r>
              <w:rPr>
                <w:b/>
                <w:color w:val="FFFFFF"/>
                <w:sz w:val="20"/>
              </w:rPr>
              <w:t>Function</w:t>
            </w:r>
          </w:p>
        </w:tc>
      </w:tr>
      <w:tr w:rsidR="00D96E9D" w14:paraId="4410763E" w14:textId="77777777">
        <w:trPr>
          <w:jc w:val="center"/>
        </w:trPr>
        <w:tc>
          <w:tcPr>
            <w:tcW w:w="2880" w:type="dxa"/>
          </w:tcPr>
          <w:p w14:paraId="3678C501" w14:textId="77777777" w:rsidR="00D96E9D" w:rsidRDefault="00000000">
            <w:r>
              <w:rPr>
                <w:sz w:val="20"/>
              </w:rPr>
              <w:t>Ontologies</w:t>
            </w:r>
          </w:p>
        </w:tc>
        <w:tc>
          <w:tcPr>
            <w:tcW w:w="2880" w:type="dxa"/>
          </w:tcPr>
          <w:p w14:paraId="522A8271" w14:textId="77777777" w:rsidR="00D96E9D" w:rsidRDefault="00000000">
            <w:r>
              <w:rPr>
                <w:sz w:val="20"/>
              </w:rPr>
              <w:t>🔀</w:t>
            </w:r>
          </w:p>
        </w:tc>
        <w:tc>
          <w:tcPr>
            <w:tcW w:w="2880" w:type="dxa"/>
          </w:tcPr>
          <w:p w14:paraId="43DB030A" w14:textId="77777777" w:rsidR="00D96E9D" w:rsidRDefault="00000000">
            <w:r>
              <w:rPr>
                <w:sz w:val="20"/>
              </w:rPr>
              <w:t>Manage project ontologies</w:t>
            </w:r>
          </w:p>
        </w:tc>
      </w:tr>
      <w:tr w:rsidR="00D96E9D" w14:paraId="710197E5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4694F9AC" w14:textId="77777777" w:rsidR="00D96E9D" w:rsidRDefault="00000000">
            <w:r>
              <w:rPr>
                <w:sz w:val="20"/>
              </w:rPr>
              <w:t>Queries</w:t>
            </w:r>
          </w:p>
        </w:tc>
        <w:tc>
          <w:tcPr>
            <w:tcW w:w="2880" w:type="dxa"/>
            <w:shd w:val="clear" w:color="auto" w:fill="F2F2F2"/>
          </w:tcPr>
          <w:p w14:paraId="5C3B0A75" w14:textId="77777777" w:rsidR="00D96E9D" w:rsidRDefault="00000000">
            <w:r>
              <w:rPr>
                <w:sz w:val="20"/>
              </w:rPr>
              <w:t>📋</w:t>
            </w:r>
          </w:p>
        </w:tc>
        <w:tc>
          <w:tcPr>
            <w:tcW w:w="2880" w:type="dxa"/>
            <w:shd w:val="clear" w:color="auto" w:fill="F2F2F2"/>
          </w:tcPr>
          <w:p w14:paraId="600D1593" w14:textId="77777777" w:rsidR="00D96E9D" w:rsidRDefault="00000000">
            <w:r>
              <w:rPr>
                <w:sz w:val="20"/>
              </w:rPr>
              <w:t>Run SPARQL queries</w:t>
            </w:r>
          </w:p>
        </w:tc>
      </w:tr>
      <w:tr w:rsidR="00D96E9D" w14:paraId="1E9020D9" w14:textId="77777777">
        <w:trPr>
          <w:jc w:val="center"/>
        </w:trPr>
        <w:tc>
          <w:tcPr>
            <w:tcW w:w="2880" w:type="dxa"/>
          </w:tcPr>
          <w:p w14:paraId="652D10D1" w14:textId="77777777" w:rsidR="00D96E9D" w:rsidRDefault="00000000">
            <w:r>
              <w:rPr>
                <w:sz w:val="20"/>
              </w:rPr>
              <w:t>Reports</w:t>
            </w:r>
          </w:p>
        </w:tc>
        <w:tc>
          <w:tcPr>
            <w:tcW w:w="2880" w:type="dxa"/>
          </w:tcPr>
          <w:p w14:paraId="0CEB2009" w14:textId="77777777" w:rsidR="00D96E9D" w:rsidRDefault="00000000">
            <w:r>
              <w:rPr>
                <w:sz w:val="20"/>
              </w:rPr>
              <w:t>📊</w:t>
            </w:r>
          </w:p>
        </w:tc>
        <w:tc>
          <w:tcPr>
            <w:tcW w:w="2880" w:type="dxa"/>
          </w:tcPr>
          <w:p w14:paraId="3338A148" w14:textId="77777777" w:rsidR="00D96E9D" w:rsidRDefault="00000000">
            <w:r>
              <w:rPr>
                <w:sz w:val="20"/>
              </w:rPr>
              <w:t>View generated reports</w:t>
            </w:r>
          </w:p>
        </w:tc>
      </w:tr>
      <w:tr w:rsidR="00D96E9D" w14:paraId="0B642926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1A48E892" w14:textId="77777777" w:rsidR="00D96E9D" w:rsidRDefault="00000000">
            <w:r>
              <w:rPr>
                <w:sz w:val="20"/>
              </w:rPr>
              <w:t>Validation</w:t>
            </w:r>
          </w:p>
        </w:tc>
        <w:tc>
          <w:tcPr>
            <w:tcW w:w="2880" w:type="dxa"/>
            <w:shd w:val="clear" w:color="auto" w:fill="F2F2F2"/>
          </w:tcPr>
          <w:p w14:paraId="7A0EE44E" w14:textId="77777777" w:rsidR="00D96E9D" w:rsidRDefault="00000000">
            <w:r>
              <w:rPr>
                <w:sz w:val="20"/>
              </w:rPr>
              <w:t>✓</w:t>
            </w:r>
          </w:p>
        </w:tc>
        <w:tc>
          <w:tcPr>
            <w:tcW w:w="2880" w:type="dxa"/>
            <w:shd w:val="clear" w:color="auto" w:fill="F2F2F2"/>
          </w:tcPr>
          <w:p w14:paraId="2859782D" w14:textId="77777777" w:rsidR="00D96E9D" w:rsidRDefault="00000000">
            <w:r>
              <w:rPr>
                <w:sz w:val="20"/>
              </w:rPr>
              <w:t>Quality validation results</w:t>
            </w:r>
          </w:p>
        </w:tc>
      </w:tr>
      <w:tr w:rsidR="00D96E9D" w14:paraId="6B73E133" w14:textId="77777777">
        <w:trPr>
          <w:jc w:val="center"/>
        </w:trPr>
        <w:tc>
          <w:tcPr>
            <w:tcW w:w="2880" w:type="dxa"/>
          </w:tcPr>
          <w:p w14:paraId="1C8B3F45" w14:textId="77777777" w:rsidR="00D96E9D" w:rsidRDefault="00000000">
            <w:r>
              <w:rPr>
                <w:sz w:val="20"/>
              </w:rPr>
              <w:t>Launcher</w:t>
            </w:r>
          </w:p>
        </w:tc>
        <w:tc>
          <w:tcPr>
            <w:tcW w:w="2880" w:type="dxa"/>
          </w:tcPr>
          <w:p w14:paraId="2506F0D7" w14:textId="77777777" w:rsidR="00D96E9D" w:rsidRDefault="00000000">
            <w:r>
              <w:rPr>
                <w:sz w:val="20"/>
              </w:rPr>
              <w:t>📱</w:t>
            </w:r>
          </w:p>
        </w:tc>
        <w:tc>
          <w:tcPr>
            <w:tcW w:w="2880" w:type="dxa"/>
          </w:tcPr>
          <w:p w14:paraId="1652397B" w14:textId="77777777" w:rsidR="00D96E9D" w:rsidRDefault="00000000">
            <w:r>
              <w:rPr>
                <w:sz w:val="20"/>
              </w:rPr>
              <w:t>Quick launch tools</w:t>
            </w:r>
          </w:p>
        </w:tc>
      </w:tr>
    </w:tbl>
    <w:p w14:paraId="5793403C" w14:textId="2F3B4E6A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Collapsing the Sideb</w:t>
      </w:r>
      <w:r w:rsidR="00562680">
        <w:rPr>
          <w:rFonts w:ascii="Calibri" w:hAnsi="Calibri"/>
          <w:color w:val="4472C4"/>
          <w:sz w:val="28"/>
        </w:rPr>
        <w:t>ar</w:t>
      </w:r>
    </w:p>
    <w:p w14:paraId="47142E6A" w14:textId="77777777" w:rsidR="00D96E9D" w:rsidRDefault="00000000">
      <w:r>
        <w:t>To maximize your workspace area:</w:t>
      </w:r>
    </w:p>
    <w:p w14:paraId="6C457292" w14:textId="77777777" w:rsidR="00D96E9D" w:rsidRDefault="00000000">
      <w:pPr>
        <w:pStyle w:val="ListNumber"/>
      </w:pPr>
      <w:r>
        <w:t>Click the hamburger menu (☰) in the top-left corner</w:t>
      </w:r>
    </w:p>
    <w:p w14:paraId="3F49319E" w14:textId="77777777" w:rsidR="00D96E9D" w:rsidRDefault="00000000">
      <w:pPr>
        <w:pStyle w:val="ListNumber"/>
      </w:pPr>
      <w:r>
        <w:t>The sidebar collapses to show only icons</w:t>
      </w:r>
    </w:p>
    <w:p w14:paraId="7601477F" w14:textId="77777777" w:rsidR="00D96E9D" w:rsidRDefault="00000000">
      <w:pPr>
        <w:pStyle w:val="ListNumber"/>
      </w:pPr>
      <w:r>
        <w:t>Hover over icons to see tooltips</w:t>
      </w:r>
    </w:p>
    <w:p w14:paraId="2A20CFD2" w14:textId="77777777" w:rsidR="00D96E9D" w:rsidRDefault="00000000">
      <w:pPr>
        <w:pStyle w:val="ListNumber"/>
      </w:pPr>
      <w:r>
        <w:t>Click the hamburger menu again to expand</w:t>
      </w:r>
    </w:p>
    <w:p w14:paraId="47D1685B" w14:textId="77777777" w:rsidR="00D96E9D" w:rsidRDefault="00000000">
      <w:pPr>
        <w:ind w:left="720"/>
      </w:pPr>
      <w:r>
        <w:rPr>
          <w:i/>
        </w:rPr>
        <w:t>📸 SCREENSHOT NEEDED: Project settings dialog showing edit options</w:t>
      </w:r>
    </w:p>
    <w:p w14:paraId="479D4652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lastRenderedPageBreak/>
        <w:t>Deleting a Project</w:t>
      </w:r>
    </w:p>
    <w:p w14:paraId="779F9AC4" w14:textId="77777777" w:rsidR="00D96E9D" w:rsidRDefault="00000000">
      <w:pPr>
        <w:ind w:left="720"/>
      </w:pPr>
      <w:r>
        <w:rPr>
          <w:i/>
        </w:rPr>
        <w:t>📸 SCREENSHOT NEEDED: Delete project confirmation dialog</w:t>
      </w:r>
    </w:p>
    <w:p w14:paraId="41014F62" w14:textId="77777777" w:rsidR="00D96E9D" w:rsidRDefault="00000000">
      <w:pPr>
        <w:pStyle w:val="ListNumber"/>
      </w:pPr>
      <w:r>
        <w:t>Open the project you want to delete</w:t>
      </w:r>
    </w:p>
    <w:p w14:paraId="6A4F37F1" w14:textId="77777777" w:rsidR="00D96E9D" w:rsidRDefault="00000000">
      <w:pPr>
        <w:pStyle w:val="ListNumber"/>
      </w:pPr>
      <w:r>
        <w:t>Navigate to Project Settings</w:t>
      </w:r>
    </w:p>
    <w:p w14:paraId="7C22147B" w14:textId="77777777" w:rsidR="00D96E9D" w:rsidRDefault="00000000">
      <w:pPr>
        <w:pStyle w:val="ListNumber"/>
      </w:pPr>
      <w:r>
        <w:t>Click "Delete Project"</w:t>
      </w:r>
    </w:p>
    <w:p w14:paraId="42789D28" w14:textId="77777777" w:rsidR="00D96E9D" w:rsidRDefault="00000000">
      <w:pPr>
        <w:pStyle w:val="ListNumber"/>
      </w:pPr>
      <w:r>
        <w:t>Confirm the deletion</w:t>
      </w:r>
    </w:p>
    <w:p w14:paraId="2831E5B8" w14:textId="77777777" w:rsidR="00D96E9D" w:rsidRDefault="00000000">
      <w:pPr>
        <w:ind w:left="720"/>
      </w:pPr>
      <w:r>
        <w:rPr>
          <w:i/>
          <w:color w:val="44546A"/>
        </w:rPr>
        <w:t>Warning: Deleting a project removes all associated ontologies, documents, and workspaces. This action cannot be undone.</w:t>
      </w:r>
    </w:p>
    <w:p w14:paraId="1D4683AF" w14:textId="77777777" w:rsidR="00D96E9D" w:rsidRDefault="00000000">
      <w:r>
        <w:t>__________________________________________________</w:t>
      </w:r>
    </w:p>
    <w:p w14:paraId="3536A120" w14:textId="77777777" w:rsidR="00D96E9D" w:rsidRDefault="00000000">
      <w:pPr>
        <w:pStyle w:val="Heading1"/>
        <w:spacing w:before="360" w:after="120"/>
      </w:pPr>
      <w:r>
        <w:rPr>
          <w:rFonts w:ascii="Calibri" w:hAnsi="Calibri"/>
          <w:color w:val="003366"/>
          <w:sz w:val="36"/>
        </w:rPr>
        <w:t>8. Working with Ontologies</w:t>
      </w:r>
    </w:p>
    <w:p w14:paraId="0BD00638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Ontology Overview</w:t>
      </w:r>
    </w:p>
    <w:p w14:paraId="468B51A8" w14:textId="77777777" w:rsidR="00D96E9D" w:rsidRDefault="00000000">
      <w:r>
        <w:t>Within a project, the Ontologies section allows you to create and manage semantic ontologies.</w:t>
      </w:r>
    </w:p>
    <w:p w14:paraId="69C88686" w14:textId="77777777" w:rsidR="00D96E9D" w:rsidRDefault="00000000">
      <w:pPr>
        <w:ind w:left="720"/>
      </w:pPr>
      <w:r>
        <w:rPr>
          <w:i/>
        </w:rPr>
        <w:t>📸 SCREENSHOT NEEDED: Ontology list view showing multiple ontologies with status indicators</w:t>
      </w:r>
    </w:p>
    <w:p w14:paraId="4CDDC37B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Creating an Ontology</w:t>
      </w:r>
    </w:p>
    <w:p w14:paraId="72A128BC" w14:textId="77777777" w:rsidR="00D96E9D" w:rsidRDefault="00000000">
      <w:pPr>
        <w:pStyle w:val="ListNumber"/>
      </w:pPr>
      <w:r>
        <w:t>Open your project</w:t>
      </w:r>
    </w:p>
    <w:p w14:paraId="2BA4B972" w14:textId="77777777" w:rsidR="00D96E9D" w:rsidRDefault="00000000">
      <w:pPr>
        <w:pStyle w:val="ListNumber"/>
      </w:pPr>
      <w:r>
        <w:t>Click "+ Create Ontology" button</w:t>
      </w:r>
    </w:p>
    <w:p w14:paraId="696B1BB6" w14:textId="77777777" w:rsidR="00D96E9D" w:rsidRDefault="00000000">
      <w:pPr>
        <w:pStyle w:val="ListNumber"/>
      </w:pPr>
      <w:r>
        <w:t>Configure the ontology settings: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13"/>
        <w:gridCol w:w="4317"/>
      </w:tblGrid>
      <w:tr w:rsidR="00D96E9D" w14:paraId="0F2F01C2" w14:textId="77777777">
        <w:trPr>
          <w:jc w:val="center"/>
        </w:trPr>
        <w:tc>
          <w:tcPr>
            <w:tcW w:w="4320" w:type="dxa"/>
            <w:shd w:val="clear" w:color="auto" w:fill="003366"/>
          </w:tcPr>
          <w:p w14:paraId="4D12F207" w14:textId="77777777" w:rsidR="00D96E9D" w:rsidRDefault="00000000">
            <w:r>
              <w:rPr>
                <w:b/>
                <w:color w:val="FFFFFF"/>
                <w:sz w:val="20"/>
              </w:rPr>
              <w:t>Setting</w:t>
            </w:r>
          </w:p>
        </w:tc>
        <w:tc>
          <w:tcPr>
            <w:tcW w:w="4320" w:type="dxa"/>
            <w:shd w:val="clear" w:color="auto" w:fill="003366"/>
          </w:tcPr>
          <w:p w14:paraId="6ADBD95F" w14:textId="77777777" w:rsidR="00D96E9D" w:rsidRDefault="00000000">
            <w:r>
              <w:rPr>
                <w:b/>
                <w:color w:val="FFFFFF"/>
                <w:sz w:val="20"/>
              </w:rPr>
              <w:t>Description</w:t>
            </w:r>
          </w:p>
        </w:tc>
      </w:tr>
      <w:tr w:rsidR="00D96E9D" w14:paraId="5745D0FC" w14:textId="77777777">
        <w:trPr>
          <w:jc w:val="center"/>
        </w:trPr>
        <w:tc>
          <w:tcPr>
            <w:tcW w:w="4320" w:type="dxa"/>
          </w:tcPr>
          <w:p w14:paraId="196326B4" w14:textId="77777777" w:rsidR="00D96E9D" w:rsidRDefault="00000000">
            <w:r>
              <w:rPr>
                <w:sz w:val="20"/>
              </w:rPr>
              <w:t>Ontology Name</w:t>
            </w:r>
          </w:p>
        </w:tc>
        <w:tc>
          <w:tcPr>
            <w:tcW w:w="4320" w:type="dxa"/>
          </w:tcPr>
          <w:p w14:paraId="0BD075DA" w14:textId="77777777" w:rsidR="00D96E9D" w:rsidRDefault="00000000">
            <w:r>
              <w:rPr>
                <w:sz w:val="20"/>
              </w:rPr>
              <w:t>Descriptive name for the ontology</w:t>
            </w:r>
          </w:p>
        </w:tc>
      </w:tr>
      <w:tr w:rsidR="00D96E9D" w14:paraId="059F9239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2C6F3481" w14:textId="77777777" w:rsidR="00D96E9D" w:rsidRDefault="00000000">
            <w:r>
              <w:rPr>
                <w:sz w:val="20"/>
              </w:rPr>
              <w:t>Base URI</w:t>
            </w:r>
          </w:p>
        </w:tc>
        <w:tc>
          <w:tcPr>
            <w:tcW w:w="4320" w:type="dxa"/>
            <w:shd w:val="clear" w:color="auto" w:fill="F2F2F2"/>
          </w:tcPr>
          <w:p w14:paraId="413E145A" w14:textId="77777777" w:rsidR="00D96E9D" w:rsidRDefault="00000000">
            <w:r>
              <w:rPr>
                <w:sz w:val="20"/>
              </w:rPr>
              <w:t>Namespace URI (e.g., http://example.org/ontology#)</w:t>
            </w:r>
          </w:p>
        </w:tc>
      </w:tr>
      <w:tr w:rsidR="00D96E9D" w14:paraId="7FDA81C4" w14:textId="77777777">
        <w:trPr>
          <w:jc w:val="center"/>
        </w:trPr>
        <w:tc>
          <w:tcPr>
            <w:tcW w:w="4320" w:type="dxa"/>
          </w:tcPr>
          <w:p w14:paraId="55B939CC" w14:textId="77777777" w:rsidR="00D96E9D" w:rsidRDefault="00000000">
            <w:r>
              <w:rPr>
                <w:sz w:val="20"/>
              </w:rPr>
              <w:t>Prefix</w:t>
            </w:r>
          </w:p>
        </w:tc>
        <w:tc>
          <w:tcPr>
            <w:tcW w:w="4320" w:type="dxa"/>
          </w:tcPr>
          <w:p w14:paraId="3DEB1D94" w14:textId="77777777" w:rsidR="00D96E9D" w:rsidRDefault="00000000">
            <w:r>
              <w:rPr>
                <w:sz w:val="20"/>
              </w:rPr>
              <w:t>Short prefix for the namespace</w:t>
            </w:r>
          </w:p>
        </w:tc>
      </w:tr>
      <w:tr w:rsidR="00D96E9D" w14:paraId="7D261E8D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7CB13595" w14:textId="77777777" w:rsidR="00D96E9D" w:rsidRDefault="00000000">
            <w:r>
              <w:rPr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F2F2F2"/>
          </w:tcPr>
          <w:p w14:paraId="35619F39" w14:textId="77777777" w:rsidR="00D96E9D" w:rsidRDefault="00000000">
            <w:r>
              <w:rPr>
                <w:sz w:val="20"/>
              </w:rPr>
              <w:t>Purpose and scope of the ontology</w:t>
            </w:r>
          </w:p>
        </w:tc>
      </w:tr>
      <w:tr w:rsidR="00D96E9D" w14:paraId="336FC901" w14:textId="77777777">
        <w:trPr>
          <w:jc w:val="center"/>
        </w:trPr>
        <w:tc>
          <w:tcPr>
            <w:tcW w:w="4320" w:type="dxa"/>
          </w:tcPr>
          <w:p w14:paraId="3A6F070D" w14:textId="77777777" w:rsidR="00D96E9D" w:rsidRDefault="00000000">
            <w:r>
              <w:rPr>
                <w:sz w:val="20"/>
              </w:rPr>
              <w:t>Foundational Alignment</w:t>
            </w:r>
          </w:p>
        </w:tc>
        <w:tc>
          <w:tcPr>
            <w:tcW w:w="4320" w:type="dxa"/>
          </w:tcPr>
          <w:p w14:paraId="506E52EA" w14:textId="77777777" w:rsidR="00D96E9D" w:rsidRDefault="00000000">
            <w:r>
              <w:rPr>
                <w:sz w:val="20"/>
              </w:rPr>
              <w:t>BFO, CCO, or custom alignment</w:t>
            </w:r>
          </w:p>
        </w:tc>
      </w:tr>
    </w:tbl>
    <w:p w14:paraId="627EF7B7" w14:textId="77777777" w:rsidR="00D96E9D" w:rsidRDefault="00000000">
      <w:pPr>
        <w:pStyle w:val="ListNumber"/>
      </w:pPr>
      <w:r>
        <w:t>Click "Create"</w:t>
      </w:r>
    </w:p>
    <w:p w14:paraId="3BF204D7" w14:textId="77777777" w:rsidR="00D96E9D" w:rsidRDefault="00000000">
      <w:pPr>
        <w:ind w:left="720"/>
      </w:pPr>
      <w:r>
        <w:rPr>
          <w:i/>
        </w:rPr>
        <w:t>📸 SCREENSHOT NEEDED: Create Ontology dialog with all fields</w:t>
      </w:r>
    </w:p>
    <w:p w14:paraId="4EB09262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Ontology Lifecycle</w:t>
      </w:r>
    </w:p>
    <w:p w14:paraId="66EC911E" w14:textId="77777777" w:rsidR="00D96E9D" w:rsidRDefault="00000000">
      <w:r>
        <w:t>Ontologies progress through defined states: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15"/>
        <w:gridCol w:w="4315"/>
      </w:tblGrid>
      <w:tr w:rsidR="00D96E9D" w14:paraId="17E1AE86" w14:textId="77777777">
        <w:trPr>
          <w:jc w:val="center"/>
        </w:trPr>
        <w:tc>
          <w:tcPr>
            <w:tcW w:w="4320" w:type="dxa"/>
            <w:shd w:val="clear" w:color="auto" w:fill="003366"/>
          </w:tcPr>
          <w:p w14:paraId="1C880BBC" w14:textId="77777777" w:rsidR="00D96E9D" w:rsidRDefault="00000000">
            <w:r>
              <w:rPr>
                <w:b/>
                <w:color w:val="FFFFFF"/>
                <w:sz w:val="20"/>
              </w:rPr>
              <w:t>Status</w:t>
            </w:r>
          </w:p>
        </w:tc>
        <w:tc>
          <w:tcPr>
            <w:tcW w:w="4320" w:type="dxa"/>
            <w:shd w:val="clear" w:color="auto" w:fill="003366"/>
          </w:tcPr>
          <w:p w14:paraId="2A36EAFD" w14:textId="77777777" w:rsidR="00D96E9D" w:rsidRDefault="00000000">
            <w:r>
              <w:rPr>
                <w:b/>
                <w:color w:val="FFFFFF"/>
                <w:sz w:val="20"/>
              </w:rPr>
              <w:t>Description</w:t>
            </w:r>
          </w:p>
        </w:tc>
      </w:tr>
      <w:tr w:rsidR="00D96E9D" w14:paraId="2EEAF97E" w14:textId="77777777">
        <w:trPr>
          <w:jc w:val="center"/>
        </w:trPr>
        <w:tc>
          <w:tcPr>
            <w:tcW w:w="4320" w:type="dxa"/>
          </w:tcPr>
          <w:p w14:paraId="47F11083" w14:textId="77777777" w:rsidR="00D96E9D" w:rsidRDefault="00000000">
            <w:r>
              <w:rPr>
                <w:sz w:val="20"/>
              </w:rPr>
              <w:t>Draft</w:t>
            </w:r>
          </w:p>
        </w:tc>
        <w:tc>
          <w:tcPr>
            <w:tcW w:w="4320" w:type="dxa"/>
          </w:tcPr>
          <w:p w14:paraId="06135686" w14:textId="77777777" w:rsidR="00D96E9D" w:rsidRDefault="00000000">
            <w:r>
              <w:rPr>
                <w:sz w:val="20"/>
              </w:rPr>
              <w:t>Initial development, not finalized</w:t>
            </w:r>
          </w:p>
        </w:tc>
      </w:tr>
      <w:tr w:rsidR="00D96E9D" w14:paraId="232AA81E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07723410" w14:textId="77777777" w:rsidR="00D96E9D" w:rsidRDefault="00000000">
            <w:r>
              <w:rPr>
                <w:sz w:val="20"/>
              </w:rPr>
              <w:t>Review</w:t>
            </w:r>
          </w:p>
        </w:tc>
        <w:tc>
          <w:tcPr>
            <w:tcW w:w="4320" w:type="dxa"/>
            <w:shd w:val="clear" w:color="auto" w:fill="F2F2F2"/>
          </w:tcPr>
          <w:p w14:paraId="434402C2" w14:textId="77777777" w:rsidR="00D96E9D" w:rsidRDefault="00000000">
            <w:r>
              <w:rPr>
                <w:sz w:val="20"/>
              </w:rPr>
              <w:t>Under review for quality and completeness</w:t>
            </w:r>
          </w:p>
        </w:tc>
      </w:tr>
      <w:tr w:rsidR="00D96E9D" w14:paraId="07DC480D" w14:textId="77777777">
        <w:trPr>
          <w:jc w:val="center"/>
        </w:trPr>
        <w:tc>
          <w:tcPr>
            <w:tcW w:w="4320" w:type="dxa"/>
          </w:tcPr>
          <w:p w14:paraId="36803FFF" w14:textId="77777777" w:rsidR="00D96E9D" w:rsidRDefault="00000000">
            <w:r>
              <w:rPr>
                <w:sz w:val="20"/>
              </w:rPr>
              <w:lastRenderedPageBreak/>
              <w:t>Published</w:t>
            </w:r>
          </w:p>
        </w:tc>
        <w:tc>
          <w:tcPr>
            <w:tcW w:w="4320" w:type="dxa"/>
          </w:tcPr>
          <w:p w14:paraId="7123DCD8" w14:textId="77777777" w:rsidR="00D96E9D" w:rsidRDefault="00000000">
            <w:r>
              <w:rPr>
                <w:sz w:val="20"/>
              </w:rPr>
              <w:t>Approved and ready for use</w:t>
            </w:r>
          </w:p>
        </w:tc>
      </w:tr>
      <w:tr w:rsidR="00D96E9D" w14:paraId="402619DD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28C4DEAF" w14:textId="77777777" w:rsidR="00D96E9D" w:rsidRDefault="00000000">
            <w:r>
              <w:rPr>
                <w:sz w:val="20"/>
              </w:rPr>
              <w:t>Deprecated</w:t>
            </w:r>
          </w:p>
        </w:tc>
        <w:tc>
          <w:tcPr>
            <w:tcW w:w="4320" w:type="dxa"/>
            <w:shd w:val="clear" w:color="auto" w:fill="F2F2F2"/>
          </w:tcPr>
          <w:p w14:paraId="239FAFC0" w14:textId="77777777" w:rsidR="00D96E9D" w:rsidRDefault="00000000">
            <w:r>
              <w:rPr>
                <w:sz w:val="20"/>
              </w:rPr>
              <w:t>No longer recommended for new use</w:t>
            </w:r>
          </w:p>
        </w:tc>
      </w:tr>
      <w:tr w:rsidR="00D96E9D" w14:paraId="7487CDA2" w14:textId="77777777">
        <w:trPr>
          <w:jc w:val="center"/>
        </w:trPr>
        <w:tc>
          <w:tcPr>
            <w:tcW w:w="4320" w:type="dxa"/>
          </w:tcPr>
          <w:p w14:paraId="10BB0735" w14:textId="77777777" w:rsidR="00D96E9D" w:rsidRDefault="00000000">
            <w:r>
              <w:rPr>
                <w:sz w:val="20"/>
              </w:rPr>
              <w:t>Archived</w:t>
            </w:r>
          </w:p>
        </w:tc>
        <w:tc>
          <w:tcPr>
            <w:tcW w:w="4320" w:type="dxa"/>
          </w:tcPr>
          <w:p w14:paraId="72104083" w14:textId="77777777" w:rsidR="00D96E9D" w:rsidRDefault="00000000">
            <w:r>
              <w:rPr>
                <w:sz w:val="20"/>
              </w:rPr>
              <w:t>Preserved for historical reference</w:t>
            </w:r>
          </w:p>
        </w:tc>
      </w:tr>
    </w:tbl>
    <w:p w14:paraId="18E8BD36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Ontology Views</w:t>
      </w:r>
    </w:p>
    <w:p w14:paraId="33AF6FC0" w14:textId="77777777" w:rsidR="00D96E9D" w:rsidRDefault="00000000">
      <w:r>
        <w:t>Toggle between viewing modes:</w:t>
      </w:r>
    </w:p>
    <w:p w14:paraId="6C5ED5E4" w14:textId="77777777" w:rsidR="00D96E9D" w:rsidRDefault="00000000">
      <w:pPr>
        <w:pStyle w:val="ListBullet"/>
      </w:pPr>
      <w:r>
        <w:t>Tile View: Visual cards showing ontology metadata</w:t>
      </w:r>
    </w:p>
    <w:p w14:paraId="0D406E10" w14:textId="77777777" w:rsidR="00D96E9D" w:rsidRDefault="00000000">
      <w:pPr>
        <w:pStyle w:val="ListBullet"/>
      </w:pPr>
      <w:r>
        <w:t>List View: Compact list with sortable columns</w:t>
      </w:r>
    </w:p>
    <w:p w14:paraId="7BCB1461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Searching Ontologies</w:t>
      </w:r>
    </w:p>
    <w:p w14:paraId="38D9D2C3" w14:textId="77777777" w:rsidR="00D96E9D" w:rsidRDefault="00000000">
      <w:r>
        <w:t>Use the "Search ontologies..." field to filter by:</w:t>
      </w:r>
    </w:p>
    <w:p w14:paraId="1777508B" w14:textId="77777777" w:rsidR="00D96E9D" w:rsidRDefault="00000000">
      <w:pPr>
        <w:pStyle w:val="ListBullet"/>
      </w:pPr>
      <w:r>
        <w:t>Ontology name</w:t>
      </w:r>
    </w:p>
    <w:p w14:paraId="5759A5D5" w14:textId="77777777" w:rsidR="00D96E9D" w:rsidRDefault="00000000">
      <w:pPr>
        <w:pStyle w:val="ListBullet"/>
      </w:pPr>
      <w:r>
        <w:t>Description keywords</w:t>
      </w:r>
    </w:p>
    <w:p w14:paraId="253BC535" w14:textId="77777777" w:rsidR="00D96E9D" w:rsidRDefault="00000000">
      <w:pPr>
        <w:pStyle w:val="ListBullet"/>
      </w:pPr>
      <w:r>
        <w:t>Tags</w:t>
      </w:r>
    </w:p>
    <w:p w14:paraId="01093A28" w14:textId="77777777" w:rsidR="00D96E9D" w:rsidRDefault="00000000">
      <w:r>
        <w:t>__________________________________________________</w:t>
      </w:r>
    </w:p>
    <w:p w14:paraId="5A08B0F9" w14:textId="77777777" w:rsidR="00D96E9D" w:rsidRDefault="00000000">
      <w:pPr>
        <w:pStyle w:val="Heading1"/>
        <w:spacing w:before="360" w:after="120"/>
      </w:pPr>
      <w:r>
        <w:rPr>
          <w:rFonts w:ascii="Calibri" w:hAnsi="Calibri"/>
          <w:color w:val="003366"/>
          <w:sz w:val="36"/>
        </w:rPr>
        <w:t>9. Document Processing</w:t>
      </w:r>
    </w:p>
    <w:p w14:paraId="1A7A3340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Uploading Documents</w:t>
      </w:r>
    </w:p>
    <w:p w14:paraId="5D0CE7AE" w14:textId="77777777" w:rsidR="00D96E9D" w:rsidRDefault="00000000">
      <w:pPr>
        <w:ind w:left="720"/>
      </w:pPr>
      <w:r>
        <w:rPr>
          <w:i/>
        </w:rPr>
        <w:t>📸 SCREENSHOT NEEDED: Document upload interface with drag-and-drop zone</w:t>
      </w:r>
    </w:p>
    <w:p w14:paraId="5320D859" w14:textId="77777777" w:rsidR="00D96E9D" w:rsidRDefault="00000000">
      <w:pPr>
        <w:pStyle w:val="ListNumber"/>
      </w:pPr>
      <w:r>
        <w:t>Navigate to your ontology</w:t>
      </w:r>
    </w:p>
    <w:p w14:paraId="2E18BBE1" w14:textId="77777777" w:rsidR="00D96E9D" w:rsidRDefault="00000000">
      <w:pPr>
        <w:pStyle w:val="ListNumber"/>
      </w:pPr>
      <w:r>
        <w:t>Click "Upload Documents" or drag files to the upload area</w:t>
      </w:r>
    </w:p>
    <w:p w14:paraId="05EC6FA6" w14:textId="77777777" w:rsidR="00D96E9D" w:rsidRDefault="00000000">
      <w:pPr>
        <w:pStyle w:val="ListNumber"/>
      </w:pPr>
      <w:r>
        <w:t>Supported formats: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D96E9D" w14:paraId="00A6B223" w14:textId="77777777">
        <w:trPr>
          <w:jc w:val="center"/>
        </w:trPr>
        <w:tc>
          <w:tcPr>
            <w:tcW w:w="2880" w:type="dxa"/>
            <w:shd w:val="clear" w:color="auto" w:fill="003366"/>
          </w:tcPr>
          <w:p w14:paraId="5A83DCAA" w14:textId="77777777" w:rsidR="00D96E9D" w:rsidRDefault="00000000">
            <w:r>
              <w:rPr>
                <w:b/>
                <w:color w:val="FFFFFF"/>
                <w:sz w:val="20"/>
              </w:rPr>
              <w:t>Format</w:t>
            </w:r>
          </w:p>
        </w:tc>
        <w:tc>
          <w:tcPr>
            <w:tcW w:w="2880" w:type="dxa"/>
            <w:shd w:val="clear" w:color="auto" w:fill="003366"/>
          </w:tcPr>
          <w:p w14:paraId="0FB549CA" w14:textId="77777777" w:rsidR="00D96E9D" w:rsidRDefault="00000000">
            <w:r>
              <w:rPr>
                <w:b/>
                <w:color w:val="FFFFFF"/>
                <w:sz w:val="20"/>
              </w:rPr>
              <w:t>Extension</w:t>
            </w:r>
          </w:p>
        </w:tc>
        <w:tc>
          <w:tcPr>
            <w:tcW w:w="2880" w:type="dxa"/>
            <w:shd w:val="clear" w:color="auto" w:fill="003366"/>
          </w:tcPr>
          <w:p w14:paraId="38DC90AB" w14:textId="77777777" w:rsidR="00D96E9D" w:rsidRDefault="00000000">
            <w:r>
              <w:rPr>
                <w:b/>
                <w:color w:val="FFFFFF"/>
                <w:sz w:val="20"/>
              </w:rPr>
              <w:t>Description</w:t>
            </w:r>
          </w:p>
        </w:tc>
      </w:tr>
      <w:tr w:rsidR="00D96E9D" w14:paraId="536EDF61" w14:textId="77777777">
        <w:trPr>
          <w:jc w:val="center"/>
        </w:trPr>
        <w:tc>
          <w:tcPr>
            <w:tcW w:w="2880" w:type="dxa"/>
          </w:tcPr>
          <w:p w14:paraId="160C9D2B" w14:textId="77777777" w:rsidR="00D96E9D" w:rsidRDefault="00000000">
            <w:r>
              <w:rPr>
                <w:sz w:val="20"/>
              </w:rPr>
              <w:t>PDF</w:t>
            </w:r>
          </w:p>
        </w:tc>
        <w:tc>
          <w:tcPr>
            <w:tcW w:w="2880" w:type="dxa"/>
          </w:tcPr>
          <w:p w14:paraId="7CF633CA" w14:textId="77777777" w:rsidR="00D96E9D" w:rsidRDefault="00000000">
            <w:r>
              <w:rPr>
                <w:sz w:val="20"/>
              </w:rPr>
              <w:t>.pdf</w:t>
            </w:r>
          </w:p>
        </w:tc>
        <w:tc>
          <w:tcPr>
            <w:tcW w:w="2880" w:type="dxa"/>
          </w:tcPr>
          <w:p w14:paraId="0C2DC86E" w14:textId="77777777" w:rsidR="00D96E9D" w:rsidRDefault="00000000">
            <w:r>
              <w:rPr>
                <w:sz w:val="20"/>
              </w:rPr>
              <w:t>Portable Document Format</w:t>
            </w:r>
          </w:p>
        </w:tc>
      </w:tr>
      <w:tr w:rsidR="00D96E9D" w14:paraId="3B196E40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5F7C67A6" w14:textId="77777777" w:rsidR="00D96E9D" w:rsidRDefault="00000000">
            <w:r>
              <w:rPr>
                <w:sz w:val="20"/>
              </w:rPr>
              <w:t>Word</w:t>
            </w:r>
          </w:p>
        </w:tc>
        <w:tc>
          <w:tcPr>
            <w:tcW w:w="2880" w:type="dxa"/>
            <w:shd w:val="clear" w:color="auto" w:fill="F2F2F2"/>
          </w:tcPr>
          <w:p w14:paraId="42A13C39" w14:textId="77777777" w:rsidR="00D96E9D" w:rsidRDefault="00000000">
            <w:r>
              <w:rPr>
                <w:sz w:val="20"/>
              </w:rPr>
              <w:t>.docx, .doc</w:t>
            </w:r>
          </w:p>
        </w:tc>
        <w:tc>
          <w:tcPr>
            <w:tcW w:w="2880" w:type="dxa"/>
            <w:shd w:val="clear" w:color="auto" w:fill="F2F2F2"/>
          </w:tcPr>
          <w:p w14:paraId="3E902648" w14:textId="77777777" w:rsidR="00D96E9D" w:rsidRDefault="00000000">
            <w:r>
              <w:rPr>
                <w:sz w:val="20"/>
              </w:rPr>
              <w:t>Microsoft Word documents</w:t>
            </w:r>
          </w:p>
        </w:tc>
      </w:tr>
      <w:tr w:rsidR="00D96E9D" w14:paraId="78EDE86E" w14:textId="77777777">
        <w:trPr>
          <w:jc w:val="center"/>
        </w:trPr>
        <w:tc>
          <w:tcPr>
            <w:tcW w:w="2880" w:type="dxa"/>
          </w:tcPr>
          <w:p w14:paraId="59A75BC6" w14:textId="77777777" w:rsidR="00D96E9D" w:rsidRDefault="00000000">
            <w:r>
              <w:rPr>
                <w:sz w:val="20"/>
              </w:rPr>
              <w:t>Text</w:t>
            </w:r>
          </w:p>
        </w:tc>
        <w:tc>
          <w:tcPr>
            <w:tcW w:w="2880" w:type="dxa"/>
          </w:tcPr>
          <w:p w14:paraId="0478A28F" w14:textId="77777777" w:rsidR="00D96E9D" w:rsidRDefault="00000000">
            <w:r>
              <w:rPr>
                <w:sz w:val="20"/>
              </w:rPr>
              <w:t>.txt</w:t>
            </w:r>
          </w:p>
        </w:tc>
        <w:tc>
          <w:tcPr>
            <w:tcW w:w="2880" w:type="dxa"/>
          </w:tcPr>
          <w:p w14:paraId="23010372" w14:textId="77777777" w:rsidR="00D96E9D" w:rsidRDefault="00000000">
            <w:r>
              <w:rPr>
                <w:sz w:val="20"/>
              </w:rPr>
              <w:t>Plain text files</w:t>
            </w:r>
          </w:p>
        </w:tc>
      </w:tr>
      <w:tr w:rsidR="00D96E9D" w14:paraId="51BCBBE8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59FAB0C1" w14:textId="77777777" w:rsidR="00D96E9D" w:rsidRDefault="00000000">
            <w:r>
              <w:rPr>
                <w:sz w:val="20"/>
              </w:rPr>
              <w:t>Markdown</w:t>
            </w:r>
          </w:p>
        </w:tc>
        <w:tc>
          <w:tcPr>
            <w:tcW w:w="2880" w:type="dxa"/>
            <w:shd w:val="clear" w:color="auto" w:fill="F2F2F2"/>
          </w:tcPr>
          <w:p w14:paraId="015BD26E" w14:textId="77777777" w:rsidR="00D96E9D" w:rsidRDefault="00000000">
            <w:r>
              <w:rPr>
                <w:sz w:val="20"/>
              </w:rPr>
              <w:t>.md</w:t>
            </w:r>
          </w:p>
        </w:tc>
        <w:tc>
          <w:tcPr>
            <w:tcW w:w="2880" w:type="dxa"/>
            <w:shd w:val="clear" w:color="auto" w:fill="F2F2F2"/>
          </w:tcPr>
          <w:p w14:paraId="3AA4722B" w14:textId="77777777" w:rsidR="00D96E9D" w:rsidRDefault="00000000">
            <w:r>
              <w:rPr>
                <w:sz w:val="20"/>
              </w:rPr>
              <w:t>Markdown formatted text</w:t>
            </w:r>
          </w:p>
        </w:tc>
      </w:tr>
      <w:tr w:rsidR="00D96E9D" w14:paraId="74CB36CA" w14:textId="77777777">
        <w:trPr>
          <w:jc w:val="center"/>
        </w:trPr>
        <w:tc>
          <w:tcPr>
            <w:tcW w:w="2880" w:type="dxa"/>
          </w:tcPr>
          <w:p w14:paraId="508181E1" w14:textId="77777777" w:rsidR="00D96E9D" w:rsidRDefault="00000000">
            <w:r>
              <w:rPr>
                <w:sz w:val="20"/>
              </w:rPr>
              <w:t>HTML</w:t>
            </w:r>
          </w:p>
        </w:tc>
        <w:tc>
          <w:tcPr>
            <w:tcW w:w="2880" w:type="dxa"/>
          </w:tcPr>
          <w:p w14:paraId="13608356" w14:textId="77777777" w:rsidR="00D96E9D" w:rsidRDefault="00000000">
            <w:r>
              <w:rPr>
                <w:sz w:val="20"/>
              </w:rPr>
              <w:t>.html</w:t>
            </w:r>
          </w:p>
        </w:tc>
        <w:tc>
          <w:tcPr>
            <w:tcW w:w="2880" w:type="dxa"/>
          </w:tcPr>
          <w:p w14:paraId="789B319C" w14:textId="77777777" w:rsidR="00D96E9D" w:rsidRDefault="00000000">
            <w:r>
              <w:rPr>
                <w:sz w:val="20"/>
              </w:rPr>
              <w:t>Web pages</w:t>
            </w:r>
          </w:p>
        </w:tc>
      </w:tr>
      <w:tr w:rsidR="00D96E9D" w14:paraId="68B4695F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3301CCA8" w14:textId="77777777" w:rsidR="00D96E9D" w:rsidRDefault="00000000">
            <w:r>
              <w:rPr>
                <w:sz w:val="20"/>
              </w:rPr>
              <w:t>XML</w:t>
            </w:r>
          </w:p>
        </w:tc>
        <w:tc>
          <w:tcPr>
            <w:tcW w:w="2880" w:type="dxa"/>
            <w:shd w:val="clear" w:color="auto" w:fill="F2F2F2"/>
          </w:tcPr>
          <w:p w14:paraId="67152AD0" w14:textId="77777777" w:rsidR="00D96E9D" w:rsidRDefault="00000000">
            <w:r>
              <w:rPr>
                <w:sz w:val="20"/>
              </w:rPr>
              <w:t>.xml</w:t>
            </w:r>
          </w:p>
        </w:tc>
        <w:tc>
          <w:tcPr>
            <w:tcW w:w="2880" w:type="dxa"/>
            <w:shd w:val="clear" w:color="auto" w:fill="F2F2F2"/>
          </w:tcPr>
          <w:p w14:paraId="321848FA" w14:textId="77777777" w:rsidR="00D96E9D" w:rsidRDefault="00000000">
            <w:r>
              <w:rPr>
                <w:sz w:val="20"/>
              </w:rPr>
              <w:t>XML structured data</w:t>
            </w:r>
          </w:p>
        </w:tc>
      </w:tr>
      <w:tr w:rsidR="00D96E9D" w14:paraId="31AE1044" w14:textId="77777777">
        <w:trPr>
          <w:jc w:val="center"/>
        </w:trPr>
        <w:tc>
          <w:tcPr>
            <w:tcW w:w="2880" w:type="dxa"/>
          </w:tcPr>
          <w:p w14:paraId="6C3B5772" w14:textId="77777777" w:rsidR="00D96E9D" w:rsidRDefault="00000000">
            <w:r>
              <w:rPr>
                <w:sz w:val="20"/>
              </w:rPr>
              <w:t>JSON</w:t>
            </w:r>
          </w:p>
        </w:tc>
        <w:tc>
          <w:tcPr>
            <w:tcW w:w="2880" w:type="dxa"/>
          </w:tcPr>
          <w:p w14:paraId="3B96ACDF" w14:textId="77777777" w:rsidR="00D96E9D" w:rsidRDefault="00000000">
            <w:r>
              <w:rPr>
                <w:sz w:val="20"/>
              </w:rPr>
              <w:t>.json</w:t>
            </w:r>
          </w:p>
        </w:tc>
        <w:tc>
          <w:tcPr>
            <w:tcW w:w="2880" w:type="dxa"/>
          </w:tcPr>
          <w:p w14:paraId="1E72B59D" w14:textId="77777777" w:rsidR="00D96E9D" w:rsidRDefault="00000000">
            <w:r>
              <w:rPr>
                <w:sz w:val="20"/>
              </w:rPr>
              <w:t>JSON data files</w:t>
            </w:r>
          </w:p>
        </w:tc>
      </w:tr>
      <w:tr w:rsidR="00D96E9D" w14:paraId="557962DC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7DB2DE6F" w14:textId="77777777" w:rsidR="00D96E9D" w:rsidRDefault="00000000">
            <w:r>
              <w:rPr>
                <w:sz w:val="20"/>
              </w:rPr>
              <w:t>CSV</w:t>
            </w:r>
          </w:p>
        </w:tc>
        <w:tc>
          <w:tcPr>
            <w:tcW w:w="2880" w:type="dxa"/>
            <w:shd w:val="clear" w:color="auto" w:fill="F2F2F2"/>
          </w:tcPr>
          <w:p w14:paraId="520C5171" w14:textId="77777777" w:rsidR="00D96E9D" w:rsidRDefault="00000000">
            <w:r>
              <w:rPr>
                <w:sz w:val="20"/>
              </w:rPr>
              <w:t>.csv</w:t>
            </w:r>
          </w:p>
        </w:tc>
        <w:tc>
          <w:tcPr>
            <w:tcW w:w="2880" w:type="dxa"/>
            <w:shd w:val="clear" w:color="auto" w:fill="F2F2F2"/>
          </w:tcPr>
          <w:p w14:paraId="3D9D4553" w14:textId="77777777" w:rsidR="00D96E9D" w:rsidRDefault="00000000">
            <w:r>
              <w:rPr>
                <w:sz w:val="20"/>
              </w:rPr>
              <w:t>Comma-separated values</w:t>
            </w:r>
          </w:p>
        </w:tc>
      </w:tr>
      <w:tr w:rsidR="00D96E9D" w14:paraId="22BC1FD0" w14:textId="77777777">
        <w:trPr>
          <w:jc w:val="center"/>
        </w:trPr>
        <w:tc>
          <w:tcPr>
            <w:tcW w:w="2880" w:type="dxa"/>
          </w:tcPr>
          <w:p w14:paraId="2CD2665E" w14:textId="77777777" w:rsidR="00D96E9D" w:rsidRDefault="00000000">
            <w:r>
              <w:rPr>
                <w:sz w:val="20"/>
              </w:rPr>
              <w:t>RDF/Turtle</w:t>
            </w:r>
          </w:p>
        </w:tc>
        <w:tc>
          <w:tcPr>
            <w:tcW w:w="2880" w:type="dxa"/>
          </w:tcPr>
          <w:p w14:paraId="1EADF2D3" w14:textId="77777777" w:rsidR="00D96E9D" w:rsidRDefault="00000000">
            <w:r>
              <w:rPr>
                <w:sz w:val="20"/>
              </w:rPr>
              <w:t>.rdf, .ttl</w:t>
            </w:r>
          </w:p>
        </w:tc>
        <w:tc>
          <w:tcPr>
            <w:tcW w:w="2880" w:type="dxa"/>
          </w:tcPr>
          <w:p w14:paraId="124957DB" w14:textId="77777777" w:rsidR="00D96E9D" w:rsidRDefault="00000000">
            <w:r>
              <w:rPr>
                <w:sz w:val="20"/>
              </w:rPr>
              <w:t>Existing ontology files</w:t>
            </w:r>
          </w:p>
        </w:tc>
      </w:tr>
    </w:tbl>
    <w:p w14:paraId="261D2B55" w14:textId="77777777" w:rsidR="00D96E9D" w:rsidRDefault="00000000">
      <w:r>
        <w:t>__________________________________________________</w:t>
      </w:r>
    </w:p>
    <w:p w14:paraId="48141B45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Processing Pipeline Details</w:t>
      </w:r>
    </w:p>
    <w:p w14:paraId="4666F32B" w14:textId="77777777" w:rsidR="00D96E9D" w:rsidRDefault="00000000">
      <w:r>
        <w:t>When you upload a document, it goes through a sophisticated AI-powered pipeline to extract knowledge and build your ontology.</w:t>
      </w:r>
    </w:p>
    <w:p w14:paraId="768B8EEF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lastRenderedPageBreak/>
        <w:t>Step-by-Step Pipeline Process</w:t>
      </w:r>
    </w:p>
    <w:p w14:paraId="62F7709E" w14:textId="77777777" w:rsidR="00D96E9D" w:rsidRDefault="00000000">
      <w:pPr>
        <w:pStyle w:val="Heading3"/>
        <w:spacing w:before="160" w:after="80"/>
      </w:pPr>
      <w:r>
        <w:rPr>
          <w:rFonts w:ascii="Calibri" w:hAnsi="Calibri"/>
          <w:color w:val="404040"/>
          <w:sz w:val="24"/>
        </w:rPr>
        <w:t>Step 1: Document Ingestion</w:t>
      </w:r>
    </w:p>
    <w:p w14:paraId="49A838BC" w14:textId="77777777" w:rsidR="00D96E9D" w:rsidRDefault="00000000">
      <w:r>
        <w:t>What it does: Validates and stores the uploaded file</w:t>
      </w:r>
    </w:p>
    <w:p w14:paraId="55956E3F" w14:textId="77777777" w:rsidR="00D96E9D" w:rsidRDefault="00000000">
      <w:pPr>
        <w:pStyle w:val="ListBullet"/>
      </w:pPr>
      <w:r>
        <w:t>File type and size validation</w:t>
      </w:r>
    </w:p>
    <w:p w14:paraId="60B33A94" w14:textId="77777777" w:rsidR="00D96E9D" w:rsidRDefault="00000000">
      <w:pPr>
        <w:pStyle w:val="ListBullet"/>
      </w:pPr>
      <w:r>
        <w:t>Storage in tenant-isolated location</w:t>
      </w:r>
    </w:p>
    <w:p w14:paraId="56DB3BD9" w14:textId="77777777" w:rsidR="00D96E9D" w:rsidRDefault="00000000">
      <w:pPr>
        <w:pStyle w:val="ListBullet"/>
      </w:pPr>
      <w:r>
        <w:t>Assigns unique document ID for tracking</w:t>
      </w:r>
    </w:p>
    <w:p w14:paraId="3393C5E1" w14:textId="77777777" w:rsidR="00D96E9D" w:rsidRDefault="00000000">
      <w:pPr>
        <w:pStyle w:val="Heading3"/>
        <w:spacing w:before="160" w:after="80"/>
      </w:pPr>
      <w:r>
        <w:rPr>
          <w:rFonts w:ascii="Calibri" w:hAnsi="Calibri"/>
          <w:color w:val="404040"/>
          <w:sz w:val="24"/>
        </w:rPr>
        <w:t>Step 2: Text Extraction (Parsing)</w:t>
      </w:r>
    </w:p>
    <w:p w14:paraId="471B1E9B" w14:textId="77777777" w:rsidR="00D96E9D" w:rsidRDefault="00000000">
      <w:r>
        <w:t>What it does: Extracts readable text from the document</w:t>
      </w:r>
    </w:p>
    <w:p w14:paraId="7672004A" w14:textId="77777777" w:rsidR="00D96E9D" w:rsidRDefault="00000000">
      <w:pPr>
        <w:pStyle w:val="ListBullet"/>
      </w:pPr>
      <w:r>
        <w:t>PDF text extraction with layout preservation</w:t>
      </w:r>
    </w:p>
    <w:p w14:paraId="0E820AE0" w14:textId="77777777" w:rsidR="00D96E9D" w:rsidRDefault="00000000">
      <w:pPr>
        <w:pStyle w:val="ListBullet"/>
      </w:pPr>
      <w:r>
        <w:t>DOCX structure parsing</w:t>
      </w:r>
    </w:p>
    <w:p w14:paraId="2DE7EDBF" w14:textId="77777777" w:rsidR="00D96E9D" w:rsidRDefault="00000000">
      <w:pPr>
        <w:pStyle w:val="ListBullet"/>
      </w:pPr>
      <w:r>
        <w:t>Image OCR (if applicable)</w:t>
      </w:r>
    </w:p>
    <w:p w14:paraId="35987EF8" w14:textId="77777777" w:rsidR="00D96E9D" w:rsidRDefault="00000000">
      <w:pPr>
        <w:pStyle w:val="ListBullet"/>
      </w:pPr>
      <w:r>
        <w:t>Outputs clean, structured text</w:t>
      </w:r>
    </w:p>
    <w:p w14:paraId="364BCDFB" w14:textId="77777777" w:rsidR="00D96E9D" w:rsidRDefault="00000000">
      <w:pPr>
        <w:pStyle w:val="Heading3"/>
        <w:spacing w:before="160" w:after="80"/>
      </w:pPr>
      <w:r>
        <w:rPr>
          <w:rFonts w:ascii="Calibri" w:hAnsi="Calibri"/>
          <w:color w:val="404040"/>
          <w:sz w:val="24"/>
        </w:rPr>
        <w:t>Step 3: Entity Recognition (NER)</w:t>
      </w:r>
    </w:p>
    <w:p w14:paraId="1529E084" w14:textId="77777777" w:rsidR="00D96E9D" w:rsidRDefault="00000000">
      <w:r>
        <w:t>What it does: AI identifies all important "things" mentioned in the text</w:t>
      </w:r>
    </w:p>
    <w:p w14:paraId="0296E2A0" w14:textId="77777777" w:rsidR="00D96E9D" w:rsidRDefault="00000000">
      <w:r>
        <w:t>Example Input:</w:t>
      </w:r>
    </w:p>
    <w:p w14:paraId="7180D037" w14:textId="77777777" w:rsidR="00D96E9D" w:rsidRDefault="00000000">
      <w:r>
        <w:rPr>
          <w:rFonts w:ascii="Courier New" w:hAnsi="Courier New"/>
          <w:sz w:val="18"/>
        </w:rPr>
        <w:t>"Intelligence analysts use radar systems to detect aircraft threats."</w:t>
      </w:r>
    </w:p>
    <w:p w14:paraId="75C0C1BE" w14:textId="77777777" w:rsidR="00D96E9D" w:rsidRDefault="00000000">
      <w:r>
        <w:t>AI Processing: Scans text and extracts key entities with classifications</w:t>
      </w:r>
    </w:p>
    <w:p w14:paraId="7ED59F37" w14:textId="77777777" w:rsidR="00D96E9D" w:rsidRDefault="00000000">
      <w:r>
        <w:t>Example Output:</w:t>
      </w:r>
    </w:p>
    <w:p w14:paraId="6449F14C" w14:textId="77777777" w:rsidR="00D96E9D" w:rsidRDefault="00000000">
      <w:pPr>
        <w:pStyle w:val="ListBullet"/>
      </w:pPr>
      <w:r>
        <w:t>Intelligence analysts (Person/Role)</w:t>
      </w:r>
    </w:p>
    <w:p w14:paraId="03BAD53E" w14:textId="77777777" w:rsidR="00D96E9D" w:rsidRDefault="00000000">
      <w:pPr>
        <w:pStyle w:val="ListBullet"/>
      </w:pPr>
      <w:r>
        <w:t>Radar systems (Technology/Equipment)</w:t>
      </w:r>
    </w:p>
    <w:p w14:paraId="31935CD4" w14:textId="77777777" w:rsidR="00D96E9D" w:rsidRDefault="00000000">
      <w:pPr>
        <w:pStyle w:val="ListBullet"/>
      </w:pPr>
      <w:r>
        <w:t>Aircraft threats (Concept/Risk)</w:t>
      </w:r>
    </w:p>
    <w:p w14:paraId="7D5CF86B" w14:textId="77777777" w:rsidR="00D96E9D" w:rsidRDefault="00000000">
      <w:pPr>
        <w:pStyle w:val="Heading3"/>
        <w:spacing w:before="160" w:after="80"/>
      </w:pPr>
      <w:r>
        <w:rPr>
          <w:rFonts w:ascii="Calibri" w:hAnsi="Calibri"/>
          <w:color w:val="404040"/>
          <w:sz w:val="24"/>
        </w:rPr>
        <w:t>Step 4: Relationship Extraction</w:t>
      </w:r>
    </w:p>
    <w:p w14:paraId="72B3250B" w14:textId="77777777" w:rsidR="00D96E9D" w:rsidRDefault="00000000">
      <w:r>
        <w:t>What it does: Identifies how entities connect to each other</w:t>
      </w:r>
    </w:p>
    <w:p w14:paraId="5DA100B8" w14:textId="77777777" w:rsidR="00D96E9D" w:rsidRDefault="00000000">
      <w:r>
        <w:t>Example Output:</w:t>
      </w:r>
    </w:p>
    <w:p w14:paraId="04A57813" w14:textId="77777777" w:rsidR="00D96E9D" w:rsidRDefault="00000000">
      <w:pPr>
        <w:pStyle w:val="ListBullet"/>
      </w:pPr>
      <w:r>
        <w:t>Intelligence analysts use radar systems</w:t>
      </w:r>
    </w:p>
    <w:p w14:paraId="5AFC3396" w14:textId="77777777" w:rsidR="00D96E9D" w:rsidRDefault="00000000">
      <w:pPr>
        <w:pStyle w:val="ListBullet"/>
      </w:pPr>
      <w:r>
        <w:t>Radar systems detect aircraft threats</w:t>
      </w:r>
    </w:p>
    <w:p w14:paraId="1853F4A9" w14:textId="77777777" w:rsidR="00D96E9D" w:rsidRDefault="00000000">
      <w:pPr>
        <w:pStyle w:val="ListBullet"/>
      </w:pPr>
      <w:r>
        <w:t>Intelligence analysts analyze aircraft threats</w:t>
      </w:r>
    </w:p>
    <w:p w14:paraId="67DDB1D6" w14:textId="77777777" w:rsidR="00D96E9D" w:rsidRDefault="00000000">
      <w:pPr>
        <w:pStyle w:val="Heading3"/>
        <w:spacing w:before="160" w:after="80"/>
      </w:pPr>
      <w:r>
        <w:rPr>
          <w:rFonts w:ascii="Calibri" w:hAnsi="Calibri"/>
          <w:color w:val="404040"/>
          <w:sz w:val="24"/>
        </w:rPr>
        <w:t>Step 5: Taxonomy Hierarchy Generation</w:t>
      </w:r>
    </w:p>
    <w:p w14:paraId="3EFC52A8" w14:textId="77777777" w:rsidR="00D96E9D" w:rsidRDefault="00000000">
      <w:r>
        <w:t>What it does: Organizes entities into a tree-like structure</w:t>
      </w:r>
    </w:p>
    <w:p w14:paraId="70FBD0CB" w14:textId="77777777" w:rsidR="00D96E9D" w:rsidRDefault="00000000">
      <w:r>
        <w:t>Example Output:</w:t>
      </w:r>
    </w:p>
    <w:p w14:paraId="0785ECD1" w14:textId="77777777" w:rsidR="00D96E9D" w:rsidRDefault="00000000">
      <w:r>
        <w:rPr>
          <w:rFonts w:ascii="Courier New" w:hAnsi="Courier New"/>
          <w:sz w:val="18"/>
        </w:rPr>
        <w:lastRenderedPageBreak/>
        <w:t>Military Operations</w:t>
      </w:r>
    </w:p>
    <w:p w14:paraId="37DAC526" w14:textId="77777777" w:rsidR="00D96E9D" w:rsidRDefault="00000000">
      <w:r>
        <w:rPr>
          <w:rFonts w:ascii="Courier New" w:hAnsi="Courier New"/>
          <w:sz w:val="18"/>
        </w:rPr>
        <w:t>├── Personnel</w:t>
      </w:r>
    </w:p>
    <w:p w14:paraId="5ECA179F" w14:textId="77777777" w:rsidR="00D96E9D" w:rsidRDefault="00000000">
      <w:r>
        <w:rPr>
          <w:rFonts w:ascii="Courier New" w:hAnsi="Courier New"/>
          <w:sz w:val="18"/>
        </w:rPr>
        <w:t>│   └── Intelligence Analysts</w:t>
      </w:r>
    </w:p>
    <w:p w14:paraId="09F92048" w14:textId="77777777" w:rsidR="00D96E9D" w:rsidRDefault="00000000">
      <w:r>
        <w:rPr>
          <w:rFonts w:ascii="Courier New" w:hAnsi="Courier New"/>
          <w:sz w:val="18"/>
        </w:rPr>
        <w:t>├── Equipment</w:t>
      </w:r>
    </w:p>
    <w:p w14:paraId="355824C0" w14:textId="77777777" w:rsidR="00D96E9D" w:rsidRDefault="00000000">
      <w:r>
        <w:rPr>
          <w:rFonts w:ascii="Courier New" w:hAnsi="Courier New"/>
          <w:sz w:val="18"/>
        </w:rPr>
        <w:t>│   └── Detection Systems</w:t>
      </w:r>
    </w:p>
    <w:p w14:paraId="1186B53E" w14:textId="77777777" w:rsidR="00D96E9D" w:rsidRDefault="00000000">
      <w:r>
        <w:rPr>
          <w:rFonts w:ascii="Courier New" w:hAnsi="Courier New"/>
          <w:sz w:val="18"/>
        </w:rPr>
        <w:t>│       └── Radar Systems</w:t>
      </w:r>
    </w:p>
    <w:p w14:paraId="77E3B6AE" w14:textId="77777777" w:rsidR="00D96E9D" w:rsidRDefault="00000000">
      <w:r>
        <w:rPr>
          <w:rFonts w:ascii="Courier New" w:hAnsi="Courier New"/>
          <w:sz w:val="18"/>
        </w:rPr>
        <w:t>└── Threats</w:t>
      </w:r>
    </w:p>
    <w:p w14:paraId="75E42306" w14:textId="77777777" w:rsidR="00D96E9D" w:rsidRDefault="00000000">
      <w:r>
        <w:rPr>
          <w:rFonts w:ascii="Courier New" w:hAnsi="Courier New"/>
          <w:sz w:val="18"/>
        </w:rPr>
        <w:t xml:space="preserve">    └── Aircraft Threats</w:t>
      </w:r>
    </w:p>
    <w:p w14:paraId="4C209A16" w14:textId="77777777" w:rsidR="00D96E9D" w:rsidRDefault="00000000">
      <w:pPr>
        <w:pStyle w:val="Heading3"/>
        <w:spacing w:before="160" w:after="80"/>
      </w:pPr>
      <w:r>
        <w:rPr>
          <w:rFonts w:ascii="Calibri" w:hAnsi="Calibri"/>
          <w:color w:val="404040"/>
          <w:sz w:val="24"/>
        </w:rPr>
        <w:t>Step 6: Foundational Ontology Enrichment</w:t>
      </w:r>
    </w:p>
    <w:p w14:paraId="19C4100B" w14:textId="77777777" w:rsidR="00D96E9D" w:rsidRDefault="00000000">
      <w:r>
        <w:t>What it does: Maps everything to formal knowledge standards (BFO/CCO)</w:t>
      </w:r>
    </w:p>
    <w:p w14:paraId="11A82581" w14:textId="77777777" w:rsidR="00D96E9D" w:rsidRDefault="00000000">
      <w:r>
        <w:t>Example Output:</w:t>
      </w:r>
    </w:p>
    <w:p w14:paraId="7AB37F7B" w14:textId="77777777" w:rsidR="00D96E9D" w:rsidRDefault="00000000">
      <w:pPr>
        <w:pStyle w:val="ListBullet"/>
      </w:pPr>
      <w:r>
        <w:t>Intelligence analysts → BFO: Role, CCO: Person</w:t>
      </w:r>
    </w:p>
    <w:p w14:paraId="532E85AC" w14:textId="77777777" w:rsidR="00D96E9D" w:rsidRDefault="00000000">
      <w:pPr>
        <w:pStyle w:val="ListBullet"/>
      </w:pPr>
      <w:r>
        <w:t>Radar systems → BFO: Material Entity, CCO: Artifact</w:t>
      </w:r>
    </w:p>
    <w:p w14:paraId="3ACAF838" w14:textId="77777777" w:rsidR="00D96E9D" w:rsidRDefault="00000000">
      <w:pPr>
        <w:pStyle w:val="ListBullet"/>
      </w:pPr>
      <w:r>
        <w:t>Aircraft threats → BFO: Dependent Continuant, CCO: Information Entity</w:t>
      </w:r>
    </w:p>
    <w:p w14:paraId="17A142EE" w14:textId="77777777" w:rsidR="00D96E9D" w:rsidRDefault="00000000">
      <w:pPr>
        <w:pStyle w:val="Heading3"/>
        <w:spacing w:before="160" w:after="80"/>
      </w:pPr>
      <w:r>
        <w:rPr>
          <w:rFonts w:ascii="Calibri" w:hAnsi="Calibri"/>
          <w:color w:val="404040"/>
          <w:sz w:val="24"/>
        </w:rPr>
        <w:t>Step 7: Quality Validation</w:t>
      </w:r>
    </w:p>
    <w:p w14:paraId="20915BFC" w14:textId="77777777" w:rsidR="00D96E9D" w:rsidRDefault="00000000">
      <w:r>
        <w:t>What it does: Checks the generated ontology for quality</w:t>
      </w:r>
    </w:p>
    <w:p w14:paraId="03829CE1" w14:textId="77777777" w:rsidR="00D96E9D" w:rsidRDefault="00000000">
      <w:pPr>
        <w:pStyle w:val="ListBullet"/>
      </w:pPr>
      <w:r>
        <w:t>Syntax validation (valid OWL/RDF)</w:t>
      </w:r>
    </w:p>
    <w:p w14:paraId="44C91E68" w14:textId="77777777" w:rsidR="00D96E9D" w:rsidRDefault="00000000">
      <w:pPr>
        <w:pStyle w:val="ListBullet"/>
      </w:pPr>
      <w:r>
        <w:t>Consistency checking (no logical contradictions)</w:t>
      </w:r>
    </w:p>
    <w:p w14:paraId="72A05E3C" w14:textId="77777777" w:rsidR="00D96E9D" w:rsidRDefault="00000000">
      <w:pPr>
        <w:pStyle w:val="ListBullet"/>
      </w:pPr>
      <w:r>
        <w:t>BFO/CCO alignment verification</w:t>
      </w:r>
    </w:p>
    <w:p w14:paraId="0D4C1791" w14:textId="77777777" w:rsidR="00D96E9D" w:rsidRDefault="00000000">
      <w:pPr>
        <w:pStyle w:val="ListBullet"/>
      </w:pPr>
      <w:r>
        <w:t>Naming convention compliance</w:t>
      </w:r>
    </w:p>
    <w:p w14:paraId="3B30BB37" w14:textId="77777777" w:rsidR="00D96E9D" w:rsidRDefault="00000000">
      <w:pPr>
        <w:pStyle w:val="Heading3"/>
        <w:spacing w:before="160" w:after="80"/>
      </w:pPr>
      <w:r>
        <w:rPr>
          <w:rFonts w:ascii="Calibri" w:hAnsi="Calibri"/>
          <w:color w:val="404040"/>
          <w:sz w:val="24"/>
        </w:rPr>
        <w:t>Step 8: Database Persistence</w:t>
      </w:r>
    </w:p>
    <w:p w14:paraId="578B06E5" w14:textId="77777777" w:rsidR="00D96E9D" w:rsidRDefault="00000000">
      <w:r>
        <w:t>What it does: Saves the complete taxonomy to the database</w:t>
      </w:r>
    </w:p>
    <w:p w14:paraId="0B9457D6" w14:textId="77777777" w:rsidR="00D96E9D" w:rsidRDefault="00000000">
      <w:pPr>
        <w:pStyle w:val="ListBullet"/>
      </w:pPr>
      <w:r>
        <w:t>Entities with definitions and provenance</w:t>
      </w:r>
    </w:p>
    <w:p w14:paraId="54FA5BA5" w14:textId="77777777" w:rsidR="00D96E9D" w:rsidRDefault="00000000">
      <w:pPr>
        <w:pStyle w:val="ListBullet"/>
      </w:pPr>
      <w:r>
        <w:t>Relationships with source references</w:t>
      </w:r>
    </w:p>
    <w:p w14:paraId="239ABDE8" w14:textId="77777777" w:rsidR="00D96E9D" w:rsidRDefault="00000000">
      <w:pPr>
        <w:pStyle w:val="ListBullet"/>
      </w:pPr>
      <w:r>
        <w:t>Full traceability back to source documents</w:t>
      </w:r>
    </w:p>
    <w:p w14:paraId="02743584" w14:textId="77777777" w:rsidR="00D96E9D" w:rsidRDefault="00000000">
      <w:pPr>
        <w:pStyle w:val="ListBullet"/>
      </w:pPr>
      <w:r>
        <w:t>Formal ontological classifications</w:t>
      </w:r>
    </w:p>
    <w:p w14:paraId="3F35C053" w14:textId="77777777" w:rsidR="00D96E9D" w:rsidRDefault="00000000">
      <w:pPr>
        <w:ind w:left="720"/>
      </w:pPr>
      <w:r>
        <w:rPr>
          <w:i/>
        </w:rPr>
        <w:t>📸 SCREENSHOT NEEDED: Processing pipeline progress indicator</w:t>
      </w:r>
    </w:p>
    <w:p w14:paraId="0C2012EA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Processing Status Indicators</w:t>
      </w:r>
    </w:p>
    <w:p w14:paraId="45824E8F" w14:textId="77777777" w:rsidR="00D96E9D" w:rsidRDefault="00000000">
      <w:r>
        <w:t>Track document processing status: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77"/>
        <w:gridCol w:w="2876"/>
        <w:gridCol w:w="2877"/>
      </w:tblGrid>
      <w:tr w:rsidR="00D96E9D" w14:paraId="016B1D4E" w14:textId="77777777">
        <w:trPr>
          <w:jc w:val="center"/>
        </w:trPr>
        <w:tc>
          <w:tcPr>
            <w:tcW w:w="2880" w:type="dxa"/>
            <w:shd w:val="clear" w:color="auto" w:fill="003366"/>
          </w:tcPr>
          <w:p w14:paraId="330C9C97" w14:textId="77777777" w:rsidR="00D96E9D" w:rsidRDefault="00000000">
            <w:r>
              <w:rPr>
                <w:b/>
                <w:color w:val="FFFFFF"/>
                <w:sz w:val="20"/>
              </w:rPr>
              <w:t>Status</w:t>
            </w:r>
          </w:p>
        </w:tc>
        <w:tc>
          <w:tcPr>
            <w:tcW w:w="2880" w:type="dxa"/>
            <w:shd w:val="clear" w:color="auto" w:fill="003366"/>
          </w:tcPr>
          <w:p w14:paraId="05E02221" w14:textId="77777777" w:rsidR="00D96E9D" w:rsidRDefault="00000000">
            <w:r>
              <w:rPr>
                <w:b/>
                <w:color w:val="FFFFFF"/>
                <w:sz w:val="20"/>
              </w:rPr>
              <w:t>Icon</w:t>
            </w:r>
          </w:p>
        </w:tc>
        <w:tc>
          <w:tcPr>
            <w:tcW w:w="2880" w:type="dxa"/>
            <w:shd w:val="clear" w:color="auto" w:fill="003366"/>
          </w:tcPr>
          <w:p w14:paraId="0289F43B" w14:textId="77777777" w:rsidR="00D96E9D" w:rsidRDefault="00000000">
            <w:r>
              <w:rPr>
                <w:b/>
                <w:color w:val="FFFFFF"/>
                <w:sz w:val="20"/>
              </w:rPr>
              <w:t>Description</w:t>
            </w:r>
          </w:p>
        </w:tc>
      </w:tr>
      <w:tr w:rsidR="00D96E9D" w14:paraId="32832DE3" w14:textId="77777777">
        <w:trPr>
          <w:jc w:val="center"/>
        </w:trPr>
        <w:tc>
          <w:tcPr>
            <w:tcW w:w="2880" w:type="dxa"/>
          </w:tcPr>
          <w:p w14:paraId="054FF0B7" w14:textId="77777777" w:rsidR="00D96E9D" w:rsidRDefault="00000000">
            <w:r>
              <w:rPr>
                <w:sz w:val="20"/>
              </w:rPr>
              <w:lastRenderedPageBreak/>
              <w:t>Pending</w:t>
            </w:r>
          </w:p>
        </w:tc>
        <w:tc>
          <w:tcPr>
            <w:tcW w:w="2880" w:type="dxa"/>
          </w:tcPr>
          <w:p w14:paraId="66D24981" w14:textId="77777777" w:rsidR="00D96E9D" w:rsidRDefault="00000000">
            <w:r>
              <w:rPr>
                <w:sz w:val="20"/>
              </w:rPr>
              <w:t>⏳</w:t>
            </w:r>
          </w:p>
        </w:tc>
        <w:tc>
          <w:tcPr>
            <w:tcW w:w="2880" w:type="dxa"/>
          </w:tcPr>
          <w:p w14:paraId="2C5ACD50" w14:textId="77777777" w:rsidR="00D96E9D" w:rsidRDefault="00000000">
            <w:r>
              <w:rPr>
                <w:sz w:val="20"/>
              </w:rPr>
              <w:t>Queued for processing</w:t>
            </w:r>
          </w:p>
        </w:tc>
      </w:tr>
      <w:tr w:rsidR="00D96E9D" w14:paraId="09D369A4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6D841D4D" w14:textId="77777777" w:rsidR="00D96E9D" w:rsidRDefault="00000000">
            <w:r>
              <w:rPr>
                <w:sz w:val="20"/>
              </w:rPr>
              <w:t>Processing</w:t>
            </w:r>
          </w:p>
        </w:tc>
        <w:tc>
          <w:tcPr>
            <w:tcW w:w="2880" w:type="dxa"/>
            <w:shd w:val="clear" w:color="auto" w:fill="F2F2F2"/>
          </w:tcPr>
          <w:p w14:paraId="006509E3" w14:textId="77777777" w:rsidR="00D96E9D" w:rsidRDefault="00000000">
            <w:r>
              <w:rPr>
                <w:sz w:val="20"/>
              </w:rPr>
              <w:t>🔄</w:t>
            </w:r>
          </w:p>
        </w:tc>
        <w:tc>
          <w:tcPr>
            <w:tcW w:w="2880" w:type="dxa"/>
            <w:shd w:val="clear" w:color="auto" w:fill="F2F2F2"/>
          </w:tcPr>
          <w:p w14:paraId="3F390722" w14:textId="77777777" w:rsidR="00D96E9D" w:rsidRDefault="00000000">
            <w:r>
              <w:rPr>
                <w:sz w:val="20"/>
              </w:rPr>
              <w:t>Currently being analyzed</w:t>
            </w:r>
          </w:p>
        </w:tc>
      </w:tr>
      <w:tr w:rsidR="00D96E9D" w14:paraId="4B3CCE53" w14:textId="77777777">
        <w:trPr>
          <w:jc w:val="center"/>
        </w:trPr>
        <w:tc>
          <w:tcPr>
            <w:tcW w:w="2880" w:type="dxa"/>
          </w:tcPr>
          <w:p w14:paraId="0E88629E" w14:textId="77777777" w:rsidR="00D96E9D" w:rsidRDefault="00000000">
            <w:r>
              <w:rPr>
                <w:sz w:val="20"/>
              </w:rPr>
              <w:t>Completed</w:t>
            </w:r>
          </w:p>
        </w:tc>
        <w:tc>
          <w:tcPr>
            <w:tcW w:w="2880" w:type="dxa"/>
          </w:tcPr>
          <w:p w14:paraId="213BF70E" w14:textId="77777777" w:rsidR="00D96E9D" w:rsidRDefault="00000000">
            <w:r>
              <w:rPr>
                <w:sz w:val="20"/>
              </w:rPr>
              <w:t>✅</w:t>
            </w:r>
          </w:p>
        </w:tc>
        <w:tc>
          <w:tcPr>
            <w:tcW w:w="2880" w:type="dxa"/>
          </w:tcPr>
          <w:p w14:paraId="14819BA5" w14:textId="77777777" w:rsidR="00D96E9D" w:rsidRDefault="00000000">
            <w:r>
              <w:rPr>
                <w:sz w:val="20"/>
              </w:rPr>
              <w:t>Successfully processed</w:t>
            </w:r>
          </w:p>
        </w:tc>
      </w:tr>
      <w:tr w:rsidR="00D96E9D" w14:paraId="77C2403D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76C427A2" w14:textId="77777777" w:rsidR="00D96E9D" w:rsidRDefault="00000000">
            <w:r>
              <w:rPr>
                <w:sz w:val="20"/>
              </w:rPr>
              <w:t>Failed</w:t>
            </w:r>
          </w:p>
        </w:tc>
        <w:tc>
          <w:tcPr>
            <w:tcW w:w="2880" w:type="dxa"/>
            <w:shd w:val="clear" w:color="auto" w:fill="F2F2F2"/>
          </w:tcPr>
          <w:p w14:paraId="5E3157C1" w14:textId="77777777" w:rsidR="00D96E9D" w:rsidRDefault="00000000">
            <w:r>
              <w:rPr>
                <w:sz w:val="20"/>
              </w:rPr>
              <w:t>❌</w:t>
            </w:r>
          </w:p>
        </w:tc>
        <w:tc>
          <w:tcPr>
            <w:tcW w:w="2880" w:type="dxa"/>
            <w:shd w:val="clear" w:color="auto" w:fill="F2F2F2"/>
          </w:tcPr>
          <w:p w14:paraId="26006227" w14:textId="77777777" w:rsidR="00D96E9D" w:rsidRDefault="00000000">
            <w:r>
              <w:rPr>
                <w:sz w:val="20"/>
              </w:rPr>
              <w:t>Error occurred (check logs)</w:t>
            </w:r>
          </w:p>
        </w:tc>
      </w:tr>
    </w:tbl>
    <w:p w14:paraId="72276EB3" w14:textId="77777777" w:rsidR="00D96E9D" w:rsidRDefault="00000000">
      <w:pPr>
        <w:ind w:left="720"/>
      </w:pPr>
      <w:r>
        <w:rPr>
          <w:i/>
        </w:rPr>
        <w:t>📸 SCREENSHOT NEEDED: Document list with various processing statuses</w:t>
      </w:r>
    </w:p>
    <w:p w14:paraId="6DCEC3AF" w14:textId="77777777" w:rsidR="00D96E9D" w:rsidRDefault="00000000">
      <w:r>
        <w:t>__________________________________________________</w:t>
      </w:r>
    </w:p>
    <w:p w14:paraId="3035F7C0" w14:textId="77777777" w:rsidR="00D96E9D" w:rsidRDefault="00000000">
      <w:pPr>
        <w:pStyle w:val="Heading1"/>
        <w:spacing w:before="360" w:after="120"/>
      </w:pPr>
      <w:r>
        <w:rPr>
          <w:rFonts w:ascii="Calibri" w:hAnsi="Calibri"/>
          <w:color w:val="003366"/>
          <w:sz w:val="36"/>
        </w:rPr>
        <w:t>10. Leximap Workflow</w:t>
      </w:r>
    </w:p>
    <w:p w14:paraId="216E5F3D" w14:textId="77777777" w:rsidR="00D96E9D" w:rsidRDefault="00000000">
      <w:r>
        <w:t>Leximap is the Document-to-Taxonomy pipeline that transforms unstructured documents into organized, searchable knowledge hierarchies.</w:t>
      </w:r>
    </w:p>
    <w:p w14:paraId="22485C83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Leximap Workflow Steps</w:t>
      </w:r>
    </w:p>
    <w:p w14:paraId="4D11CDA7" w14:textId="77777777" w:rsidR="00D96E9D" w:rsidRDefault="00000000">
      <w:r>
        <w:t>The Leximap workflow consists of 4 main steps: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D96E9D" w14:paraId="4CAE1A91" w14:textId="77777777">
        <w:trPr>
          <w:jc w:val="center"/>
        </w:trPr>
        <w:tc>
          <w:tcPr>
            <w:tcW w:w="2880" w:type="dxa"/>
            <w:shd w:val="clear" w:color="auto" w:fill="003366"/>
          </w:tcPr>
          <w:p w14:paraId="3F0B651F" w14:textId="77777777" w:rsidR="00D96E9D" w:rsidRDefault="00000000">
            <w:r>
              <w:rPr>
                <w:b/>
                <w:color w:val="FFFFFF"/>
                <w:sz w:val="20"/>
              </w:rPr>
              <w:t>Step</w:t>
            </w:r>
          </w:p>
        </w:tc>
        <w:tc>
          <w:tcPr>
            <w:tcW w:w="2880" w:type="dxa"/>
            <w:shd w:val="clear" w:color="auto" w:fill="003366"/>
          </w:tcPr>
          <w:p w14:paraId="33332DDB" w14:textId="77777777" w:rsidR="00D96E9D" w:rsidRDefault="00000000">
            <w:r>
              <w:rPr>
                <w:b/>
                <w:color w:val="FFFFFF"/>
                <w:sz w:val="20"/>
              </w:rPr>
              <w:t>Widget</w:t>
            </w:r>
          </w:p>
        </w:tc>
        <w:tc>
          <w:tcPr>
            <w:tcW w:w="2880" w:type="dxa"/>
            <w:shd w:val="clear" w:color="auto" w:fill="003366"/>
          </w:tcPr>
          <w:p w14:paraId="4D72EAFF" w14:textId="77777777" w:rsidR="00D96E9D" w:rsidRDefault="00000000">
            <w:r>
              <w:rPr>
                <w:b/>
                <w:color w:val="FFFFFF"/>
                <w:sz w:val="20"/>
              </w:rPr>
              <w:t>Description</w:t>
            </w:r>
          </w:p>
        </w:tc>
      </w:tr>
      <w:tr w:rsidR="00D96E9D" w14:paraId="0BFB5628" w14:textId="77777777">
        <w:trPr>
          <w:jc w:val="center"/>
        </w:trPr>
        <w:tc>
          <w:tcPr>
            <w:tcW w:w="2880" w:type="dxa"/>
          </w:tcPr>
          <w:p w14:paraId="4E3E1606" w14:textId="77777777" w:rsidR="00D96E9D" w:rsidRDefault="00000000">
            <w:r>
              <w:rPr>
                <w:sz w:val="20"/>
              </w:rPr>
              <w:t>1. Document Ingest</w:t>
            </w:r>
          </w:p>
        </w:tc>
        <w:tc>
          <w:tcPr>
            <w:tcW w:w="2880" w:type="dxa"/>
          </w:tcPr>
          <w:p w14:paraId="3EDFCCDB" w14:textId="77777777" w:rsidR="00D96E9D" w:rsidRDefault="00000000">
            <w:r>
              <w:rPr>
                <w:sz w:val="20"/>
              </w:rPr>
              <w:t>document-ingest</w:t>
            </w:r>
          </w:p>
        </w:tc>
        <w:tc>
          <w:tcPr>
            <w:tcW w:w="2880" w:type="dxa"/>
          </w:tcPr>
          <w:p w14:paraId="2AC2BDE2" w14:textId="77777777" w:rsidR="00D96E9D" w:rsidRDefault="00000000">
            <w:r>
              <w:rPr>
                <w:sz w:val="20"/>
              </w:rPr>
              <w:t>Upload and validate files for processing</w:t>
            </w:r>
          </w:p>
        </w:tc>
      </w:tr>
      <w:tr w:rsidR="00D96E9D" w14:paraId="00B64552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4424E1D8" w14:textId="77777777" w:rsidR="00D96E9D" w:rsidRDefault="00000000">
            <w:r>
              <w:rPr>
                <w:sz w:val="20"/>
              </w:rPr>
              <w:t>2. NER Extraction</w:t>
            </w:r>
          </w:p>
        </w:tc>
        <w:tc>
          <w:tcPr>
            <w:tcW w:w="2880" w:type="dxa"/>
            <w:shd w:val="clear" w:color="auto" w:fill="F2F2F2"/>
          </w:tcPr>
          <w:p w14:paraId="55F906D7" w14:textId="77777777" w:rsidR="00D96E9D" w:rsidRDefault="00000000">
            <w:r>
              <w:rPr>
                <w:sz w:val="20"/>
              </w:rPr>
              <w:t>ner-extraction</w:t>
            </w:r>
          </w:p>
        </w:tc>
        <w:tc>
          <w:tcPr>
            <w:tcW w:w="2880" w:type="dxa"/>
            <w:shd w:val="clear" w:color="auto" w:fill="F2F2F2"/>
          </w:tcPr>
          <w:p w14:paraId="4D884B1C" w14:textId="77777777" w:rsidR="00D96E9D" w:rsidRDefault="00000000">
            <w:r>
              <w:rPr>
                <w:sz w:val="20"/>
              </w:rPr>
              <w:t>Extract entities and relationships from text</w:t>
            </w:r>
          </w:p>
        </w:tc>
      </w:tr>
      <w:tr w:rsidR="00D96E9D" w14:paraId="412D9D51" w14:textId="77777777">
        <w:trPr>
          <w:jc w:val="center"/>
        </w:trPr>
        <w:tc>
          <w:tcPr>
            <w:tcW w:w="2880" w:type="dxa"/>
          </w:tcPr>
          <w:p w14:paraId="6B8E0D97" w14:textId="77777777" w:rsidR="00D96E9D" w:rsidRDefault="00000000">
            <w:r>
              <w:rPr>
                <w:sz w:val="20"/>
              </w:rPr>
              <w:t>3. Taxonomy Review</w:t>
            </w:r>
          </w:p>
        </w:tc>
        <w:tc>
          <w:tcPr>
            <w:tcW w:w="2880" w:type="dxa"/>
          </w:tcPr>
          <w:p w14:paraId="43AC398A" w14:textId="77777777" w:rsidR="00D96E9D" w:rsidRDefault="00000000">
            <w:r>
              <w:rPr>
                <w:sz w:val="20"/>
              </w:rPr>
              <w:t>taxonomy-review</w:t>
            </w:r>
          </w:p>
        </w:tc>
        <w:tc>
          <w:tcPr>
            <w:tcW w:w="2880" w:type="dxa"/>
          </w:tcPr>
          <w:p w14:paraId="412846B6" w14:textId="77777777" w:rsidR="00D96E9D" w:rsidRDefault="00000000">
            <w:r>
              <w:rPr>
                <w:sz w:val="20"/>
              </w:rPr>
              <w:t>Human-in-the-loop review and refinement</w:t>
            </w:r>
          </w:p>
        </w:tc>
      </w:tr>
      <w:tr w:rsidR="00D96E9D" w14:paraId="2A8F3D5D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0DF9072B" w14:textId="77777777" w:rsidR="00D96E9D" w:rsidRDefault="00000000">
            <w:r>
              <w:rPr>
                <w:sz w:val="20"/>
              </w:rPr>
              <w:t>4. Export Results</w:t>
            </w:r>
          </w:p>
        </w:tc>
        <w:tc>
          <w:tcPr>
            <w:tcW w:w="2880" w:type="dxa"/>
            <w:shd w:val="clear" w:color="auto" w:fill="F2F2F2"/>
          </w:tcPr>
          <w:p w14:paraId="2594AED3" w14:textId="77777777" w:rsidR="00D96E9D" w:rsidRDefault="00000000">
            <w:r>
              <w:rPr>
                <w:sz w:val="20"/>
              </w:rPr>
              <w:t>export</w:t>
            </w:r>
          </w:p>
        </w:tc>
        <w:tc>
          <w:tcPr>
            <w:tcW w:w="2880" w:type="dxa"/>
            <w:shd w:val="clear" w:color="auto" w:fill="F2F2F2"/>
          </w:tcPr>
          <w:p w14:paraId="5403A2F4" w14:textId="77777777" w:rsidR="00D96E9D" w:rsidRDefault="00000000">
            <w:r>
              <w:rPr>
                <w:sz w:val="20"/>
              </w:rPr>
              <w:t>Generate output files in various formats</w:t>
            </w:r>
          </w:p>
        </w:tc>
      </w:tr>
    </w:tbl>
    <w:p w14:paraId="5431E0A4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Using Leximap</w:t>
      </w:r>
    </w:p>
    <w:p w14:paraId="1883D4D6" w14:textId="77777777" w:rsidR="00D96E9D" w:rsidRDefault="00000000">
      <w:pPr>
        <w:pStyle w:val="Heading3"/>
        <w:spacing w:before="160" w:after="80"/>
      </w:pPr>
      <w:r>
        <w:rPr>
          <w:rFonts w:ascii="Calibri" w:hAnsi="Calibri"/>
          <w:color w:val="404040"/>
          <w:sz w:val="24"/>
        </w:rPr>
        <w:t>Step 1: Document Ingest</w:t>
      </w:r>
    </w:p>
    <w:p w14:paraId="1488E6BE" w14:textId="77777777" w:rsidR="00D96E9D" w:rsidRDefault="00000000">
      <w:pPr>
        <w:pStyle w:val="ListNumber"/>
      </w:pPr>
      <w:r>
        <w:t>Click "Create New Taxonomy" from the Leximap landing page</w:t>
      </w:r>
    </w:p>
    <w:p w14:paraId="6308C80F" w14:textId="77777777" w:rsidR="00D96E9D" w:rsidRDefault="00000000">
      <w:pPr>
        <w:pStyle w:val="ListNumber"/>
      </w:pPr>
      <w:r>
        <w:t>Drag and drop files or click to browse</w:t>
      </w:r>
    </w:p>
    <w:p w14:paraId="62EFDAC3" w14:textId="77777777" w:rsidR="00D96E9D" w:rsidRDefault="00000000">
      <w:pPr>
        <w:pStyle w:val="ListNumber"/>
      </w:pPr>
      <w:r>
        <w:t>Supported formats: PDF, DOCX, TXT, HTML, XML, JSON, CSV</w:t>
      </w:r>
    </w:p>
    <w:p w14:paraId="26A85996" w14:textId="77777777" w:rsidR="00D96E9D" w:rsidRDefault="00000000">
      <w:pPr>
        <w:pStyle w:val="ListNumber"/>
      </w:pPr>
      <w:r>
        <w:t>Click "Upload" to begin processing</w:t>
      </w:r>
    </w:p>
    <w:p w14:paraId="238194CE" w14:textId="77777777" w:rsidR="00D96E9D" w:rsidRDefault="00000000">
      <w:pPr>
        <w:pStyle w:val="Heading3"/>
        <w:spacing w:before="160" w:after="80"/>
      </w:pPr>
      <w:r>
        <w:rPr>
          <w:rFonts w:ascii="Calibri" w:hAnsi="Calibri"/>
          <w:color w:val="404040"/>
          <w:sz w:val="24"/>
        </w:rPr>
        <w:t>Step 2: NER Extraction</w:t>
      </w:r>
    </w:p>
    <w:p w14:paraId="3D3656FD" w14:textId="77777777" w:rsidR="00D96E9D" w:rsidRDefault="00000000">
      <w:r>
        <w:t>The system automatically:</w:t>
      </w:r>
    </w:p>
    <w:p w14:paraId="68B3EB91" w14:textId="77777777" w:rsidR="00D96E9D" w:rsidRDefault="00000000">
      <w:pPr>
        <w:pStyle w:val="ListBullet"/>
      </w:pPr>
      <w:r>
        <w:t>Extracts text from documents</w:t>
      </w:r>
    </w:p>
    <w:p w14:paraId="59611AB3" w14:textId="77777777" w:rsidR="00D96E9D" w:rsidRDefault="00000000">
      <w:pPr>
        <w:pStyle w:val="ListBullet"/>
      </w:pPr>
      <w:r>
        <w:t>Identifies entities (people, places, concepts, technologies)</w:t>
      </w:r>
    </w:p>
    <w:p w14:paraId="7D4A3CFC" w14:textId="77777777" w:rsidR="00D96E9D" w:rsidRDefault="00000000">
      <w:pPr>
        <w:pStyle w:val="ListBullet"/>
      </w:pPr>
      <w:r>
        <w:t>Discovers relationships between entities</w:t>
      </w:r>
    </w:p>
    <w:p w14:paraId="24128855" w14:textId="77777777" w:rsidR="00D96E9D" w:rsidRDefault="00000000">
      <w:pPr>
        <w:pStyle w:val="ListBullet"/>
      </w:pPr>
      <w:r>
        <w:t>Generates confidence scores for each extraction</w:t>
      </w:r>
    </w:p>
    <w:p w14:paraId="7604F739" w14:textId="77777777" w:rsidR="00D96E9D" w:rsidRDefault="00000000">
      <w:r>
        <w:t>Progress Tracking: Watch real-time progress as each document is processed</w:t>
      </w:r>
    </w:p>
    <w:p w14:paraId="378D3773" w14:textId="77777777" w:rsidR="00D96E9D" w:rsidRDefault="00000000">
      <w:pPr>
        <w:pStyle w:val="Heading3"/>
        <w:spacing w:before="160" w:after="80"/>
      </w:pPr>
      <w:r>
        <w:rPr>
          <w:rFonts w:ascii="Calibri" w:hAnsi="Calibri"/>
          <w:color w:val="404040"/>
          <w:sz w:val="24"/>
        </w:rPr>
        <w:lastRenderedPageBreak/>
        <w:t>Step 3: Taxonomy Review</w:t>
      </w:r>
    </w:p>
    <w:p w14:paraId="3F950647" w14:textId="77777777" w:rsidR="00D96E9D" w:rsidRDefault="00000000">
      <w:r>
        <w:t>This is the human-in-the-loop step where you can:</w:t>
      </w:r>
    </w:p>
    <w:p w14:paraId="531EA0EB" w14:textId="77777777" w:rsidR="00D96E9D" w:rsidRDefault="00000000">
      <w:pPr>
        <w:pStyle w:val="ListBullet"/>
      </w:pPr>
      <w:r>
        <w:t>Review extracted entities and relationships</w:t>
      </w:r>
    </w:p>
    <w:p w14:paraId="59102A04" w14:textId="77777777" w:rsidR="00D96E9D" w:rsidRDefault="00000000">
      <w:pPr>
        <w:pStyle w:val="ListBullet"/>
      </w:pPr>
      <w:r>
        <w:t>Approve, reject, or modify suggestions</w:t>
      </w:r>
    </w:p>
    <w:p w14:paraId="5C28C2B4" w14:textId="77777777" w:rsidR="00D96E9D" w:rsidRDefault="00000000">
      <w:pPr>
        <w:pStyle w:val="ListBullet"/>
      </w:pPr>
      <w:r>
        <w:t>Add missing entities manually</w:t>
      </w:r>
    </w:p>
    <w:p w14:paraId="22C258C5" w14:textId="77777777" w:rsidR="00D96E9D" w:rsidRDefault="00000000">
      <w:pPr>
        <w:pStyle w:val="ListBullet"/>
      </w:pPr>
      <w:r>
        <w:t>Refine the taxonomy hierarchy</w:t>
      </w:r>
    </w:p>
    <w:p w14:paraId="14D44E31" w14:textId="77777777" w:rsidR="00D96E9D" w:rsidRDefault="00000000">
      <w:pPr>
        <w:pStyle w:val="ListBullet"/>
      </w:pPr>
      <w:r>
        <w:t>Merge duplicate concepts</w:t>
      </w:r>
    </w:p>
    <w:p w14:paraId="2FC8725D" w14:textId="77777777" w:rsidR="00D96E9D" w:rsidRDefault="00000000">
      <w:pPr>
        <w:pStyle w:val="Heading3"/>
        <w:spacing w:before="160" w:after="80"/>
      </w:pPr>
      <w:r>
        <w:rPr>
          <w:rFonts w:ascii="Calibri" w:hAnsi="Calibri"/>
          <w:color w:val="404040"/>
          <w:sz w:val="24"/>
        </w:rPr>
        <w:t>Step 4: Export Results</w:t>
      </w:r>
    </w:p>
    <w:p w14:paraId="37D814FB" w14:textId="77777777" w:rsidR="00D96E9D" w:rsidRDefault="00000000">
      <w:r>
        <w:t>Export your completed taxonomy in multiple formats:</w:t>
      </w:r>
    </w:p>
    <w:p w14:paraId="77A9A7B0" w14:textId="77777777" w:rsidR="00D96E9D" w:rsidRDefault="00000000">
      <w:pPr>
        <w:pStyle w:val="ListBullet"/>
      </w:pPr>
      <w:r>
        <w:t>Turtle (.ttl) - Human-readable RDF format</w:t>
      </w:r>
    </w:p>
    <w:p w14:paraId="42930838" w14:textId="77777777" w:rsidR="00D96E9D" w:rsidRDefault="00000000">
      <w:pPr>
        <w:pStyle w:val="ListBullet"/>
      </w:pPr>
      <w:r>
        <w:t>OWL/XML (.owl) - For Protege and reasoning tools</w:t>
      </w:r>
    </w:p>
    <w:p w14:paraId="1DAF1ACC" w14:textId="77777777" w:rsidR="00D96E9D" w:rsidRDefault="00000000">
      <w:pPr>
        <w:pStyle w:val="ListBullet"/>
      </w:pPr>
      <w:r>
        <w:t>JSON-LD (.jsonld) - For web applications</w:t>
      </w:r>
    </w:p>
    <w:p w14:paraId="61A3BE67" w14:textId="77777777" w:rsidR="00D96E9D" w:rsidRDefault="00000000">
      <w:pPr>
        <w:pStyle w:val="ListBullet"/>
      </w:pPr>
      <w:r>
        <w:t>CSV (.csv) - For spreadsheet analysis</w:t>
      </w:r>
    </w:p>
    <w:p w14:paraId="61CC5B65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Leximap Best Practices</w:t>
      </w:r>
    </w:p>
    <w:p w14:paraId="77DB13B2" w14:textId="77777777" w:rsidR="00D96E9D" w:rsidRDefault="00000000">
      <w:pPr>
        <w:pStyle w:val="ListNumber"/>
      </w:pPr>
      <w:r>
        <w:t>Start with clean documents: Better input quality leads to better extractions</w:t>
      </w:r>
    </w:p>
    <w:p w14:paraId="2A8F83FC" w14:textId="77777777" w:rsidR="00D96E9D" w:rsidRDefault="00000000">
      <w:pPr>
        <w:pStyle w:val="ListNumber"/>
      </w:pPr>
      <w:r>
        <w:t>Process related documents together: Creates more coherent taxonomies</w:t>
      </w:r>
    </w:p>
    <w:p w14:paraId="5EC718D0" w14:textId="77777777" w:rsidR="00D96E9D" w:rsidRDefault="00000000">
      <w:pPr>
        <w:pStyle w:val="ListNumber"/>
      </w:pPr>
      <w:r>
        <w:t>Use the review step: Human validation improves accuracy</w:t>
      </w:r>
    </w:p>
    <w:p w14:paraId="170FBB3B" w14:textId="77777777" w:rsidR="00D96E9D" w:rsidRDefault="00000000">
      <w:pPr>
        <w:pStyle w:val="ListNumber"/>
      </w:pPr>
      <w:r>
        <w:t>Export regularly: Save progress in multiple formats</w:t>
      </w:r>
    </w:p>
    <w:p w14:paraId="518E8DD7" w14:textId="77777777" w:rsidR="00D96E9D" w:rsidRDefault="00000000">
      <w:r>
        <w:t>__________________________________________________</w:t>
      </w:r>
    </w:p>
    <w:p w14:paraId="64E44EEA" w14:textId="4C2416ED" w:rsidR="00D96E9D" w:rsidRDefault="00000000">
      <w:pPr>
        <w:pStyle w:val="Heading1"/>
        <w:spacing w:before="360" w:after="120"/>
      </w:pPr>
      <w:r>
        <w:rPr>
          <w:rFonts w:ascii="Calibri" w:hAnsi="Calibri"/>
          <w:color w:val="003366"/>
          <w:sz w:val="36"/>
        </w:rPr>
        <w:t>11. Ontology Management</w:t>
      </w:r>
    </w:p>
    <w:p w14:paraId="25B450BC" w14:textId="77777777" w:rsidR="00D96E9D" w:rsidRDefault="00000000">
      <w:r>
        <w:t>Blackkey is the ontology development and management system for creating, editing, and validating professional-grade ontologies.</w:t>
      </w:r>
    </w:p>
    <w:p w14:paraId="1189FB17" w14:textId="72D86281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Workflow Steps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15"/>
        <w:gridCol w:w="4315"/>
      </w:tblGrid>
      <w:tr w:rsidR="00D96E9D" w14:paraId="4B66E916" w14:textId="77777777">
        <w:trPr>
          <w:jc w:val="center"/>
        </w:trPr>
        <w:tc>
          <w:tcPr>
            <w:tcW w:w="4320" w:type="dxa"/>
            <w:shd w:val="clear" w:color="auto" w:fill="003366"/>
          </w:tcPr>
          <w:p w14:paraId="75725D12" w14:textId="77777777" w:rsidR="00D96E9D" w:rsidRDefault="00000000">
            <w:r>
              <w:rPr>
                <w:b/>
                <w:color w:val="FFFFFF"/>
                <w:sz w:val="20"/>
              </w:rPr>
              <w:t>Step</w:t>
            </w:r>
          </w:p>
        </w:tc>
        <w:tc>
          <w:tcPr>
            <w:tcW w:w="4320" w:type="dxa"/>
            <w:shd w:val="clear" w:color="auto" w:fill="003366"/>
          </w:tcPr>
          <w:p w14:paraId="3F6972D3" w14:textId="77777777" w:rsidR="00D96E9D" w:rsidRDefault="00000000">
            <w:r>
              <w:rPr>
                <w:b/>
                <w:color w:val="FFFFFF"/>
                <w:sz w:val="20"/>
              </w:rPr>
              <w:t>Description</w:t>
            </w:r>
          </w:p>
        </w:tc>
      </w:tr>
      <w:tr w:rsidR="00D96E9D" w14:paraId="6837A9E7" w14:textId="77777777">
        <w:trPr>
          <w:jc w:val="center"/>
        </w:trPr>
        <w:tc>
          <w:tcPr>
            <w:tcW w:w="4320" w:type="dxa"/>
          </w:tcPr>
          <w:p w14:paraId="4608C211" w14:textId="77777777" w:rsidR="00D96E9D" w:rsidRDefault="00000000">
            <w:r>
              <w:rPr>
                <w:sz w:val="20"/>
              </w:rPr>
              <w:t>1. Domain Analysis</w:t>
            </w:r>
          </w:p>
        </w:tc>
        <w:tc>
          <w:tcPr>
            <w:tcW w:w="4320" w:type="dxa"/>
          </w:tcPr>
          <w:p w14:paraId="5909CE2E" w14:textId="77777777" w:rsidR="00D96E9D" w:rsidRDefault="00000000">
            <w:r>
              <w:rPr>
                <w:sz w:val="20"/>
              </w:rPr>
              <w:t>Analyze the domain and identify key concepts</w:t>
            </w:r>
          </w:p>
        </w:tc>
      </w:tr>
      <w:tr w:rsidR="00D96E9D" w14:paraId="037D9426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3A7DF20A" w14:textId="77777777" w:rsidR="00D96E9D" w:rsidRDefault="00000000">
            <w:r>
              <w:rPr>
                <w:sz w:val="20"/>
              </w:rPr>
              <w:t>2. Ontology Proposal</w:t>
            </w:r>
          </w:p>
        </w:tc>
        <w:tc>
          <w:tcPr>
            <w:tcW w:w="4320" w:type="dxa"/>
            <w:shd w:val="clear" w:color="auto" w:fill="F2F2F2"/>
          </w:tcPr>
          <w:p w14:paraId="0CBB2B6C" w14:textId="77777777" w:rsidR="00D96E9D" w:rsidRDefault="00000000">
            <w:r>
              <w:rPr>
                <w:sz w:val="20"/>
              </w:rPr>
              <w:t>AI-assisted generation of ontology structure</w:t>
            </w:r>
          </w:p>
        </w:tc>
      </w:tr>
      <w:tr w:rsidR="00D96E9D" w14:paraId="114E060A" w14:textId="77777777">
        <w:trPr>
          <w:jc w:val="center"/>
        </w:trPr>
        <w:tc>
          <w:tcPr>
            <w:tcW w:w="4320" w:type="dxa"/>
          </w:tcPr>
          <w:p w14:paraId="03A914FB" w14:textId="77777777" w:rsidR="00D96E9D" w:rsidRDefault="00000000">
            <w:r>
              <w:rPr>
                <w:sz w:val="20"/>
              </w:rPr>
              <w:t>3. Validation &amp; Testing</w:t>
            </w:r>
          </w:p>
        </w:tc>
        <w:tc>
          <w:tcPr>
            <w:tcW w:w="4320" w:type="dxa"/>
          </w:tcPr>
          <w:p w14:paraId="089683E1" w14:textId="77777777" w:rsidR="00D96E9D" w:rsidRDefault="00000000">
            <w:r>
              <w:rPr>
                <w:sz w:val="20"/>
              </w:rPr>
              <w:t>Human review and logical validation</w:t>
            </w:r>
          </w:p>
        </w:tc>
      </w:tr>
      <w:tr w:rsidR="00D96E9D" w14:paraId="2DF73904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794A630E" w14:textId="77777777" w:rsidR="00D96E9D" w:rsidRDefault="00000000">
            <w:r>
              <w:rPr>
                <w:sz w:val="20"/>
              </w:rPr>
              <w:t>4. Ontology Publication</w:t>
            </w:r>
          </w:p>
        </w:tc>
        <w:tc>
          <w:tcPr>
            <w:tcW w:w="4320" w:type="dxa"/>
            <w:shd w:val="clear" w:color="auto" w:fill="F2F2F2"/>
          </w:tcPr>
          <w:p w14:paraId="35C6FD7B" w14:textId="77777777" w:rsidR="00D96E9D" w:rsidRDefault="00000000">
            <w:r>
              <w:rPr>
                <w:sz w:val="20"/>
              </w:rPr>
              <w:t>Finalize and publish the ontology</w:t>
            </w:r>
          </w:p>
        </w:tc>
      </w:tr>
    </w:tbl>
    <w:p w14:paraId="0053266C" w14:textId="7247EB8B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Key Features</w:t>
      </w:r>
    </w:p>
    <w:p w14:paraId="10F5BA27" w14:textId="77777777" w:rsidR="00D96E9D" w:rsidRDefault="00000000">
      <w:pPr>
        <w:pStyle w:val="Heading3"/>
        <w:spacing w:before="160" w:after="80"/>
      </w:pPr>
      <w:r>
        <w:rPr>
          <w:rFonts w:ascii="Calibri" w:hAnsi="Calibri"/>
          <w:color w:val="404040"/>
          <w:sz w:val="24"/>
        </w:rPr>
        <w:t>Visual Ontology Editor</w:t>
      </w:r>
    </w:p>
    <w:p w14:paraId="3DF3377F" w14:textId="77777777" w:rsidR="00D96E9D" w:rsidRDefault="00000000">
      <w:pPr>
        <w:pStyle w:val="ListBullet"/>
      </w:pPr>
      <w:r>
        <w:t>Drag-and-drop class creation</w:t>
      </w:r>
    </w:p>
    <w:p w14:paraId="36A4D65D" w14:textId="77777777" w:rsidR="00D96E9D" w:rsidRDefault="00000000">
      <w:pPr>
        <w:pStyle w:val="ListBullet"/>
      </w:pPr>
      <w:r>
        <w:t>Property relationship drawing</w:t>
      </w:r>
    </w:p>
    <w:p w14:paraId="6CC087EC" w14:textId="77777777" w:rsidR="00D96E9D" w:rsidRDefault="00000000">
      <w:pPr>
        <w:pStyle w:val="ListBullet"/>
      </w:pPr>
      <w:r>
        <w:lastRenderedPageBreak/>
        <w:t>Hierarchy visualization</w:t>
      </w:r>
    </w:p>
    <w:p w14:paraId="312B5648" w14:textId="77777777" w:rsidR="00D96E9D" w:rsidRDefault="00000000">
      <w:pPr>
        <w:pStyle w:val="ListBullet"/>
      </w:pPr>
      <w:r>
        <w:t>Real-time validation feedback</w:t>
      </w:r>
    </w:p>
    <w:p w14:paraId="6699D10F" w14:textId="77777777" w:rsidR="00D96E9D" w:rsidRDefault="00000000">
      <w:pPr>
        <w:pStyle w:val="Heading3"/>
        <w:spacing w:before="160" w:after="80"/>
      </w:pPr>
      <w:r>
        <w:rPr>
          <w:rFonts w:ascii="Calibri" w:hAnsi="Calibri"/>
          <w:color w:val="404040"/>
          <w:sz w:val="24"/>
        </w:rPr>
        <w:t>Class Management</w:t>
      </w:r>
    </w:p>
    <w:p w14:paraId="35F6228A" w14:textId="77777777" w:rsidR="00D96E9D" w:rsidRDefault="00000000">
      <w:pPr>
        <w:pStyle w:val="ListBullet"/>
      </w:pPr>
      <w:r>
        <w:t>Create classes with labels and definitions</w:t>
      </w:r>
    </w:p>
    <w:p w14:paraId="3E97C5CD" w14:textId="77777777" w:rsidR="00D96E9D" w:rsidRDefault="00000000">
      <w:pPr>
        <w:pStyle w:val="ListBullet"/>
      </w:pPr>
      <w:r>
        <w:t>Define class hierarchies (subClassOf)</w:t>
      </w:r>
    </w:p>
    <w:p w14:paraId="5F8C0FC1" w14:textId="77777777" w:rsidR="00D96E9D" w:rsidRDefault="00000000">
      <w:pPr>
        <w:pStyle w:val="ListBullet"/>
      </w:pPr>
      <w:r>
        <w:t>Add annotations and metadata</w:t>
      </w:r>
    </w:p>
    <w:p w14:paraId="1B45477E" w14:textId="77777777" w:rsidR="00D96E9D" w:rsidRDefault="00000000">
      <w:pPr>
        <w:pStyle w:val="ListBullet"/>
      </w:pPr>
      <w:r>
        <w:t>Link to foundational ontologies (BFO/CCO)</w:t>
      </w:r>
    </w:p>
    <w:p w14:paraId="4BD46139" w14:textId="77777777" w:rsidR="00D96E9D" w:rsidRDefault="00000000">
      <w:pPr>
        <w:pStyle w:val="Heading3"/>
        <w:spacing w:before="160" w:after="80"/>
      </w:pPr>
      <w:r>
        <w:rPr>
          <w:rFonts w:ascii="Calibri" w:hAnsi="Calibri"/>
          <w:color w:val="404040"/>
          <w:sz w:val="24"/>
        </w:rPr>
        <w:t>Property Management</w:t>
      </w:r>
    </w:p>
    <w:p w14:paraId="2DA2A73E" w14:textId="77777777" w:rsidR="00D96E9D" w:rsidRDefault="00000000">
      <w:pPr>
        <w:pStyle w:val="ListBullet"/>
      </w:pPr>
      <w:r>
        <w:t>Object properties (relationships between entities)</w:t>
      </w:r>
    </w:p>
    <w:p w14:paraId="53F6BFB4" w14:textId="77777777" w:rsidR="00D96E9D" w:rsidRDefault="00000000">
      <w:pPr>
        <w:pStyle w:val="ListBullet"/>
      </w:pPr>
      <w:r>
        <w:t>Data properties (attributes with values)</w:t>
      </w:r>
    </w:p>
    <w:p w14:paraId="3C252F7D" w14:textId="77777777" w:rsidR="00D96E9D" w:rsidRDefault="00000000">
      <w:pPr>
        <w:pStyle w:val="ListBullet"/>
      </w:pPr>
      <w:r>
        <w:t>Domain and range constraints</w:t>
      </w:r>
    </w:p>
    <w:p w14:paraId="799B92BE" w14:textId="77777777" w:rsidR="00D96E9D" w:rsidRDefault="00000000">
      <w:pPr>
        <w:pStyle w:val="ListBullet"/>
      </w:pPr>
      <w:r>
        <w:t>Property characteristics (transitive, symmetric, etc.)</w:t>
      </w:r>
    </w:p>
    <w:p w14:paraId="60597609" w14:textId="77777777" w:rsidR="00D96E9D" w:rsidRDefault="00000000">
      <w:pPr>
        <w:pStyle w:val="Heading3"/>
        <w:spacing w:before="160" w:after="80"/>
      </w:pPr>
      <w:r>
        <w:rPr>
          <w:rFonts w:ascii="Calibri" w:hAnsi="Calibri"/>
          <w:color w:val="404040"/>
          <w:sz w:val="24"/>
        </w:rPr>
        <w:t>Validation Features</w:t>
      </w:r>
    </w:p>
    <w:p w14:paraId="63123094" w14:textId="77777777" w:rsidR="00D96E9D" w:rsidRDefault="00000000">
      <w:pPr>
        <w:pStyle w:val="ListBullet"/>
      </w:pPr>
      <w:r>
        <w:t>Syntax checking</w:t>
      </w:r>
    </w:p>
    <w:p w14:paraId="4BDE7A87" w14:textId="77777777" w:rsidR="00D96E9D" w:rsidRDefault="00000000">
      <w:pPr>
        <w:pStyle w:val="ListBullet"/>
      </w:pPr>
      <w:r>
        <w:t>Logical consistency verification</w:t>
      </w:r>
    </w:p>
    <w:p w14:paraId="310F61F0" w14:textId="77777777" w:rsidR="00D96E9D" w:rsidRDefault="00000000">
      <w:pPr>
        <w:pStyle w:val="ListBullet"/>
      </w:pPr>
      <w:r>
        <w:t>BFO/CCO alignment validation</w:t>
      </w:r>
    </w:p>
    <w:p w14:paraId="362D064F" w14:textId="77777777" w:rsidR="00D96E9D" w:rsidRDefault="00000000">
      <w:pPr>
        <w:pStyle w:val="ListBullet"/>
      </w:pPr>
      <w:r>
        <w:t>Naming convention enforcement</w:t>
      </w:r>
    </w:p>
    <w:p w14:paraId="7857E188" w14:textId="1F905D70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Best Practices</w:t>
      </w:r>
    </w:p>
    <w:p w14:paraId="5E7420A1" w14:textId="77777777" w:rsidR="00D96E9D" w:rsidRDefault="00000000">
      <w:pPr>
        <w:pStyle w:val="ListNumber"/>
      </w:pPr>
      <w:r>
        <w:t>Start with foundational alignment: Map top-level classes to BFO/CCO</w:t>
      </w:r>
    </w:p>
    <w:p w14:paraId="2814B4DB" w14:textId="77777777" w:rsidR="00D96E9D" w:rsidRDefault="00000000">
      <w:pPr>
        <w:pStyle w:val="ListNumber"/>
      </w:pPr>
      <w:r>
        <w:t>Use meaningful URIs: Follow naming conventions for maintainability</w:t>
      </w:r>
    </w:p>
    <w:p w14:paraId="3D6AEC68" w14:textId="77777777" w:rsidR="00D96E9D" w:rsidRDefault="00000000">
      <w:pPr>
        <w:pStyle w:val="ListNumber"/>
      </w:pPr>
      <w:r>
        <w:t>Document everything: Add labels and definitions to all elements</w:t>
      </w:r>
    </w:p>
    <w:p w14:paraId="49FC2A1F" w14:textId="77777777" w:rsidR="00D96E9D" w:rsidRDefault="00000000">
      <w:pPr>
        <w:pStyle w:val="ListNumber"/>
      </w:pPr>
      <w:r>
        <w:t>Validate frequently: Run validation checks during development</w:t>
      </w:r>
    </w:p>
    <w:p w14:paraId="69E8C705" w14:textId="77777777" w:rsidR="00D96E9D" w:rsidRDefault="00000000">
      <w:r>
        <w:t>__________________________________________________</w:t>
      </w:r>
    </w:p>
    <w:p w14:paraId="2227E9E7" w14:textId="77777777" w:rsidR="00D96E9D" w:rsidRDefault="00000000">
      <w:pPr>
        <w:pStyle w:val="Heading1"/>
        <w:spacing w:before="360" w:after="120"/>
      </w:pPr>
      <w:r>
        <w:rPr>
          <w:rFonts w:ascii="Calibri" w:hAnsi="Calibri"/>
          <w:color w:val="003366"/>
          <w:sz w:val="36"/>
        </w:rPr>
        <w:t>12. Knowledge Graph Visualization</w:t>
      </w:r>
    </w:p>
    <w:p w14:paraId="704509A6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Graph Overview</w:t>
      </w:r>
    </w:p>
    <w:p w14:paraId="23901121" w14:textId="77777777" w:rsidR="00D96E9D" w:rsidRDefault="00000000">
      <w:r>
        <w:t>The knowledge graph visualization provides an interactive view of your ontology's entities and relationships.</w:t>
      </w:r>
    </w:p>
    <w:p w14:paraId="68EDE126" w14:textId="77777777" w:rsidR="00D96E9D" w:rsidRDefault="00000000">
      <w:pPr>
        <w:ind w:left="720"/>
      </w:pPr>
      <w:r>
        <w:rPr>
          <w:i/>
        </w:rPr>
        <w:t>📸 SCREENSHOT NEEDED: Full knowledge graph visualization with nodes and edges</w:t>
      </w:r>
    </w:p>
    <w:p w14:paraId="08E3578F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Graph Controls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15"/>
        <w:gridCol w:w="4315"/>
      </w:tblGrid>
      <w:tr w:rsidR="00D96E9D" w14:paraId="3FAFE72C" w14:textId="77777777">
        <w:trPr>
          <w:jc w:val="center"/>
        </w:trPr>
        <w:tc>
          <w:tcPr>
            <w:tcW w:w="4320" w:type="dxa"/>
            <w:shd w:val="clear" w:color="auto" w:fill="003366"/>
          </w:tcPr>
          <w:p w14:paraId="14A2B9E1" w14:textId="77777777" w:rsidR="00D96E9D" w:rsidRDefault="00000000">
            <w:r>
              <w:rPr>
                <w:b/>
                <w:color w:val="FFFFFF"/>
                <w:sz w:val="20"/>
              </w:rPr>
              <w:t>Control</w:t>
            </w:r>
          </w:p>
        </w:tc>
        <w:tc>
          <w:tcPr>
            <w:tcW w:w="4320" w:type="dxa"/>
            <w:shd w:val="clear" w:color="auto" w:fill="003366"/>
          </w:tcPr>
          <w:p w14:paraId="41C1B7AB" w14:textId="77777777" w:rsidR="00D96E9D" w:rsidRDefault="00000000">
            <w:r>
              <w:rPr>
                <w:b/>
                <w:color w:val="FFFFFF"/>
                <w:sz w:val="20"/>
              </w:rPr>
              <w:t>Function</w:t>
            </w:r>
          </w:p>
        </w:tc>
      </w:tr>
      <w:tr w:rsidR="00D96E9D" w14:paraId="1BE58F19" w14:textId="77777777">
        <w:trPr>
          <w:jc w:val="center"/>
        </w:trPr>
        <w:tc>
          <w:tcPr>
            <w:tcW w:w="4320" w:type="dxa"/>
          </w:tcPr>
          <w:p w14:paraId="5A446AD5" w14:textId="77777777" w:rsidR="00D96E9D" w:rsidRDefault="00000000">
            <w:r>
              <w:rPr>
                <w:sz w:val="20"/>
              </w:rPr>
              <w:t>Zoom In/Out</w:t>
            </w:r>
          </w:p>
        </w:tc>
        <w:tc>
          <w:tcPr>
            <w:tcW w:w="4320" w:type="dxa"/>
          </w:tcPr>
          <w:p w14:paraId="0DC36425" w14:textId="77777777" w:rsidR="00D96E9D" w:rsidRDefault="00000000">
            <w:r>
              <w:rPr>
                <w:sz w:val="20"/>
              </w:rPr>
              <w:t>Mouse wheel or +/- buttons</w:t>
            </w:r>
          </w:p>
        </w:tc>
      </w:tr>
      <w:tr w:rsidR="00D96E9D" w14:paraId="2FEDB7DA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50AF79A3" w14:textId="77777777" w:rsidR="00D96E9D" w:rsidRDefault="00000000">
            <w:r>
              <w:rPr>
                <w:sz w:val="20"/>
              </w:rPr>
              <w:lastRenderedPageBreak/>
              <w:t>Pan</w:t>
            </w:r>
          </w:p>
        </w:tc>
        <w:tc>
          <w:tcPr>
            <w:tcW w:w="4320" w:type="dxa"/>
            <w:shd w:val="clear" w:color="auto" w:fill="F2F2F2"/>
          </w:tcPr>
          <w:p w14:paraId="76DA4DF5" w14:textId="77777777" w:rsidR="00D96E9D" w:rsidRDefault="00000000">
            <w:r>
              <w:rPr>
                <w:sz w:val="20"/>
              </w:rPr>
              <w:t>Click and drag background</w:t>
            </w:r>
          </w:p>
        </w:tc>
      </w:tr>
      <w:tr w:rsidR="00D96E9D" w14:paraId="6DD87335" w14:textId="77777777">
        <w:trPr>
          <w:jc w:val="center"/>
        </w:trPr>
        <w:tc>
          <w:tcPr>
            <w:tcW w:w="4320" w:type="dxa"/>
          </w:tcPr>
          <w:p w14:paraId="4DB2E5CF" w14:textId="77777777" w:rsidR="00D96E9D" w:rsidRDefault="00000000">
            <w:r>
              <w:rPr>
                <w:sz w:val="20"/>
              </w:rPr>
              <w:t>Select Node</w:t>
            </w:r>
          </w:p>
        </w:tc>
        <w:tc>
          <w:tcPr>
            <w:tcW w:w="4320" w:type="dxa"/>
          </w:tcPr>
          <w:p w14:paraId="63271834" w14:textId="77777777" w:rsidR="00D96E9D" w:rsidRDefault="00000000">
            <w:r>
              <w:rPr>
                <w:sz w:val="20"/>
              </w:rPr>
              <w:t>Click on a node</w:t>
            </w:r>
          </w:p>
        </w:tc>
      </w:tr>
      <w:tr w:rsidR="00D96E9D" w14:paraId="13682016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23C89CCF" w14:textId="77777777" w:rsidR="00D96E9D" w:rsidRDefault="00000000">
            <w:r>
              <w:rPr>
                <w:sz w:val="20"/>
              </w:rPr>
              <w:t>View Details</w:t>
            </w:r>
          </w:p>
        </w:tc>
        <w:tc>
          <w:tcPr>
            <w:tcW w:w="4320" w:type="dxa"/>
            <w:shd w:val="clear" w:color="auto" w:fill="F2F2F2"/>
          </w:tcPr>
          <w:p w14:paraId="623481E5" w14:textId="77777777" w:rsidR="00D96E9D" w:rsidRDefault="00000000">
            <w:r>
              <w:rPr>
                <w:sz w:val="20"/>
              </w:rPr>
              <w:t>Double-click or right-click node</w:t>
            </w:r>
          </w:p>
        </w:tc>
      </w:tr>
      <w:tr w:rsidR="00D96E9D" w14:paraId="1EC434D9" w14:textId="77777777">
        <w:trPr>
          <w:jc w:val="center"/>
        </w:trPr>
        <w:tc>
          <w:tcPr>
            <w:tcW w:w="4320" w:type="dxa"/>
          </w:tcPr>
          <w:p w14:paraId="1CA3A311" w14:textId="77777777" w:rsidR="00D96E9D" w:rsidRDefault="00000000">
            <w:r>
              <w:rPr>
                <w:sz w:val="20"/>
              </w:rPr>
              <w:t>Layout</w:t>
            </w:r>
          </w:p>
        </w:tc>
        <w:tc>
          <w:tcPr>
            <w:tcW w:w="4320" w:type="dxa"/>
          </w:tcPr>
          <w:p w14:paraId="4CB38A0F" w14:textId="77777777" w:rsidR="00D96E9D" w:rsidRDefault="00000000">
            <w:r>
              <w:rPr>
                <w:sz w:val="20"/>
              </w:rPr>
              <w:t>Change graph layout algorithm</w:t>
            </w:r>
          </w:p>
        </w:tc>
      </w:tr>
    </w:tbl>
    <w:p w14:paraId="682C22AD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Layout Options</w:t>
      </w:r>
    </w:p>
    <w:p w14:paraId="003B2962" w14:textId="77777777" w:rsidR="00D96E9D" w:rsidRDefault="00000000">
      <w:pPr>
        <w:ind w:left="720"/>
      </w:pPr>
      <w:r>
        <w:rPr>
          <w:i/>
        </w:rPr>
        <w:t>📸 SCREENSHOT NEEDED: Layout selector dropdown showing all options</w:t>
      </w:r>
    </w:p>
    <w:p w14:paraId="78AF429B" w14:textId="77777777" w:rsidR="00D96E9D" w:rsidRDefault="00000000">
      <w:pPr>
        <w:pStyle w:val="ListBullet"/>
      </w:pPr>
      <w:r>
        <w:t>Force-Directed: Physics-based natural clustering</w:t>
      </w:r>
    </w:p>
    <w:p w14:paraId="769B2260" w14:textId="77777777" w:rsidR="00D96E9D" w:rsidRDefault="00000000">
      <w:pPr>
        <w:pStyle w:val="ListBullet"/>
      </w:pPr>
      <w:r>
        <w:t>Hierarchical: Tree-like top-down structure</w:t>
      </w:r>
    </w:p>
    <w:p w14:paraId="3882C4DF" w14:textId="77777777" w:rsidR="00D96E9D" w:rsidRDefault="00000000">
      <w:pPr>
        <w:pStyle w:val="ListBullet"/>
      </w:pPr>
      <w:r>
        <w:t>Circular: Nodes arranged in a circle</w:t>
      </w:r>
    </w:p>
    <w:p w14:paraId="0BC76C91" w14:textId="77777777" w:rsidR="00D96E9D" w:rsidRDefault="00000000">
      <w:pPr>
        <w:pStyle w:val="ListBullet"/>
      </w:pPr>
      <w:r>
        <w:t>Grid: Organized grid layout</w:t>
      </w:r>
    </w:p>
    <w:p w14:paraId="7C9CAA13" w14:textId="77777777" w:rsidR="00D96E9D" w:rsidRDefault="00000000">
      <w:pPr>
        <w:pStyle w:val="ListBullet"/>
      </w:pPr>
      <w:r>
        <w:t>Radial: Radiating from center</w:t>
      </w:r>
    </w:p>
    <w:p w14:paraId="21358BF9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Node Interactions</w:t>
      </w:r>
    </w:p>
    <w:p w14:paraId="1E4786AE" w14:textId="77777777" w:rsidR="00D96E9D" w:rsidRDefault="00000000">
      <w:pPr>
        <w:pStyle w:val="ListBullet"/>
      </w:pPr>
      <w:r>
        <w:t>Hover: Shows tooltip with entity details</w:t>
      </w:r>
    </w:p>
    <w:p w14:paraId="39069608" w14:textId="77777777" w:rsidR="00D96E9D" w:rsidRDefault="00000000">
      <w:pPr>
        <w:pStyle w:val="ListBullet"/>
      </w:pPr>
      <w:r>
        <w:t>Click: Selects node and highlights connections</w:t>
      </w:r>
    </w:p>
    <w:p w14:paraId="4CB67C0F" w14:textId="77777777" w:rsidR="00D96E9D" w:rsidRDefault="00000000">
      <w:pPr>
        <w:pStyle w:val="ListBullet"/>
      </w:pPr>
      <w:r>
        <w:t>Double-click: Opens entity detail panel</w:t>
      </w:r>
    </w:p>
    <w:p w14:paraId="0FC22C69" w14:textId="77777777" w:rsidR="00D96E9D" w:rsidRDefault="00000000">
      <w:pPr>
        <w:pStyle w:val="ListBullet"/>
      </w:pPr>
      <w:r>
        <w:t>Right-click: Context menu with options</w:t>
      </w:r>
    </w:p>
    <w:p w14:paraId="272E6D45" w14:textId="77777777" w:rsidR="00D96E9D" w:rsidRDefault="00000000">
      <w:pPr>
        <w:ind w:left="720"/>
      </w:pPr>
      <w:r>
        <w:rPr>
          <w:i/>
        </w:rPr>
        <w:t>📸 SCREENSHOT NEEDED: Node tooltip and context menu</w:t>
      </w:r>
    </w:p>
    <w:p w14:paraId="3B22C197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Filtering &amp; Search</w:t>
      </w:r>
    </w:p>
    <w:p w14:paraId="3F69894F" w14:textId="77777777" w:rsidR="00D96E9D" w:rsidRDefault="00000000">
      <w:pPr>
        <w:ind w:left="720"/>
      </w:pPr>
      <w:r>
        <w:rPr>
          <w:i/>
        </w:rPr>
        <w:t>📸 SCREENSHOT NEEDED: Graph filter panel</w:t>
      </w:r>
    </w:p>
    <w:p w14:paraId="4EC5722A" w14:textId="77777777" w:rsidR="00D96E9D" w:rsidRDefault="00000000">
      <w:pPr>
        <w:pStyle w:val="ListBullet"/>
      </w:pPr>
      <w:r>
        <w:t>Filter by entity type</w:t>
      </w:r>
    </w:p>
    <w:p w14:paraId="07B9A6A1" w14:textId="77777777" w:rsidR="00D96E9D" w:rsidRDefault="00000000">
      <w:pPr>
        <w:pStyle w:val="ListBullet"/>
      </w:pPr>
      <w:r>
        <w:t>Filter by relationship type</w:t>
      </w:r>
    </w:p>
    <w:p w14:paraId="783A1B24" w14:textId="77777777" w:rsidR="00D96E9D" w:rsidRDefault="00000000">
      <w:pPr>
        <w:pStyle w:val="ListBullet"/>
      </w:pPr>
      <w:r>
        <w:t>Search for specific entities</w:t>
      </w:r>
    </w:p>
    <w:p w14:paraId="68303E2B" w14:textId="77777777" w:rsidR="00D96E9D" w:rsidRDefault="00000000">
      <w:pPr>
        <w:pStyle w:val="ListBullet"/>
      </w:pPr>
      <w:r>
        <w:t>Show/hide labels</w:t>
      </w:r>
    </w:p>
    <w:p w14:paraId="1DCDEED6" w14:textId="77777777" w:rsidR="00D96E9D" w:rsidRDefault="00000000">
      <w:r>
        <w:t>__________________________________________________</w:t>
      </w:r>
    </w:p>
    <w:p w14:paraId="632B361A" w14:textId="77777777" w:rsidR="00D96E9D" w:rsidRDefault="00000000">
      <w:r>
        <w:t>__________________________________________________</w:t>
      </w:r>
    </w:p>
    <w:p w14:paraId="0BC76CA6" w14:textId="77777777" w:rsidR="00D96E9D" w:rsidRDefault="00000000">
      <w:pPr>
        <w:pStyle w:val="Heading1"/>
        <w:spacing w:before="360" w:after="120"/>
      </w:pPr>
      <w:r>
        <w:rPr>
          <w:rFonts w:ascii="Calibri" w:hAnsi="Calibri"/>
          <w:color w:val="003366"/>
          <w:sz w:val="36"/>
        </w:rPr>
        <w:t>13. Reports &amp; Validation</w:t>
      </w:r>
    </w:p>
    <w:p w14:paraId="7C9FD0AD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Generating Reports</w:t>
      </w:r>
    </w:p>
    <w:p w14:paraId="1A157BC7" w14:textId="77777777" w:rsidR="00D96E9D" w:rsidRDefault="00000000">
      <w:pPr>
        <w:ind w:left="720"/>
      </w:pPr>
      <w:r>
        <w:rPr>
          <w:i/>
        </w:rPr>
        <w:t>📸 SCREENSHOT NEEDED: Reports section showing available report types</w:t>
      </w:r>
    </w:p>
    <w:p w14:paraId="453A4F98" w14:textId="77777777" w:rsidR="00D96E9D" w:rsidRDefault="00000000">
      <w:pPr>
        <w:pStyle w:val="ListNumber"/>
      </w:pPr>
      <w:r>
        <w:t>Click "Reports" in the sidebar</w:t>
      </w:r>
    </w:p>
    <w:p w14:paraId="690C4CF0" w14:textId="77777777" w:rsidR="00D96E9D" w:rsidRDefault="00000000">
      <w:pPr>
        <w:pStyle w:val="ListNumber"/>
      </w:pPr>
      <w:r>
        <w:t>Select report type:</w:t>
      </w:r>
    </w:p>
    <w:p w14:paraId="17F08169" w14:textId="77777777" w:rsidR="00D96E9D" w:rsidRDefault="00000000">
      <w:r>
        <w:lastRenderedPageBreak/>
        <w:t xml:space="preserve">   - Ontology Summary: Overview statistics</w:t>
      </w:r>
    </w:p>
    <w:p w14:paraId="00A1540B" w14:textId="77777777" w:rsidR="00D96E9D" w:rsidRDefault="00000000">
      <w:r>
        <w:t xml:space="preserve">   - Quality Assessment: Validation metrics</w:t>
      </w:r>
    </w:p>
    <w:p w14:paraId="4821D4A1" w14:textId="77777777" w:rsidR="00D96E9D" w:rsidRDefault="00000000">
      <w:r>
        <w:t xml:space="preserve">   - Entity Report: List of all entities</w:t>
      </w:r>
    </w:p>
    <w:p w14:paraId="54E70BE4" w14:textId="77777777" w:rsidR="00D96E9D" w:rsidRDefault="00000000">
      <w:r>
        <w:t xml:space="preserve">   - Relationship Report: All relationships</w:t>
      </w:r>
    </w:p>
    <w:p w14:paraId="3EC0023E" w14:textId="77777777" w:rsidR="00D96E9D" w:rsidRDefault="00000000">
      <w:r>
        <w:t xml:space="preserve">   - Provenance Report: Source document tracing</w:t>
      </w:r>
    </w:p>
    <w:p w14:paraId="6722EB40" w14:textId="77777777" w:rsidR="00D96E9D" w:rsidRDefault="00000000">
      <w:pPr>
        <w:pStyle w:val="ListNumber"/>
      </w:pPr>
      <w:r>
        <w:t>Click "Generate"</w:t>
      </w:r>
    </w:p>
    <w:p w14:paraId="41A7D137" w14:textId="77777777" w:rsidR="00D96E9D" w:rsidRDefault="00000000">
      <w:pPr>
        <w:pStyle w:val="ListNumber"/>
      </w:pPr>
      <w:r>
        <w:t>Report is generated and displayed</w:t>
      </w:r>
    </w:p>
    <w:p w14:paraId="5E11F216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Report Export</w:t>
      </w:r>
    </w:p>
    <w:p w14:paraId="71811E4A" w14:textId="77777777" w:rsidR="00D96E9D" w:rsidRDefault="00000000">
      <w:pPr>
        <w:ind w:left="720"/>
      </w:pPr>
      <w:r>
        <w:rPr>
          <w:i/>
        </w:rPr>
        <w:t>📸 SCREENSHOT NEEDED: Report export options</w:t>
      </w:r>
    </w:p>
    <w:p w14:paraId="0173F718" w14:textId="77777777" w:rsidR="00D96E9D" w:rsidRDefault="00000000">
      <w:r>
        <w:t>Export reports in multiple formats:</w:t>
      </w:r>
    </w:p>
    <w:p w14:paraId="58DB1115" w14:textId="77777777" w:rsidR="00D96E9D" w:rsidRDefault="00000000">
      <w:pPr>
        <w:pStyle w:val="ListBullet"/>
      </w:pPr>
      <w:r>
        <w:t>PDF</w:t>
      </w:r>
    </w:p>
    <w:p w14:paraId="672B49C4" w14:textId="77777777" w:rsidR="00D96E9D" w:rsidRDefault="00000000">
      <w:pPr>
        <w:pStyle w:val="ListBullet"/>
      </w:pPr>
      <w:r>
        <w:t>HTML</w:t>
      </w:r>
    </w:p>
    <w:p w14:paraId="02B9C22B" w14:textId="77777777" w:rsidR="00D96E9D" w:rsidRDefault="00000000">
      <w:pPr>
        <w:pStyle w:val="ListBullet"/>
      </w:pPr>
      <w:r>
        <w:t>CSV</w:t>
      </w:r>
    </w:p>
    <w:p w14:paraId="2B5A968E" w14:textId="77777777" w:rsidR="00D96E9D" w:rsidRDefault="00000000">
      <w:pPr>
        <w:pStyle w:val="ListBullet"/>
      </w:pPr>
      <w:r>
        <w:t>JSON</w:t>
      </w:r>
    </w:p>
    <w:p w14:paraId="4D4EA280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Validation Checks</w:t>
      </w:r>
    </w:p>
    <w:p w14:paraId="5CBCDBF8" w14:textId="77777777" w:rsidR="00D96E9D" w:rsidRDefault="00000000">
      <w:r>
        <w:t>The validation system checks for: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15"/>
        <w:gridCol w:w="4315"/>
      </w:tblGrid>
      <w:tr w:rsidR="00D96E9D" w14:paraId="400FFE11" w14:textId="77777777">
        <w:trPr>
          <w:jc w:val="center"/>
        </w:trPr>
        <w:tc>
          <w:tcPr>
            <w:tcW w:w="4320" w:type="dxa"/>
            <w:shd w:val="clear" w:color="auto" w:fill="003366"/>
          </w:tcPr>
          <w:p w14:paraId="544FA045" w14:textId="77777777" w:rsidR="00D96E9D" w:rsidRDefault="00000000">
            <w:r>
              <w:rPr>
                <w:b/>
                <w:color w:val="FFFFFF"/>
                <w:sz w:val="20"/>
              </w:rPr>
              <w:t>Check</w:t>
            </w:r>
          </w:p>
        </w:tc>
        <w:tc>
          <w:tcPr>
            <w:tcW w:w="4320" w:type="dxa"/>
            <w:shd w:val="clear" w:color="auto" w:fill="003366"/>
          </w:tcPr>
          <w:p w14:paraId="0DC4557B" w14:textId="77777777" w:rsidR="00D96E9D" w:rsidRDefault="00000000">
            <w:r>
              <w:rPr>
                <w:b/>
                <w:color w:val="FFFFFF"/>
                <w:sz w:val="20"/>
              </w:rPr>
              <w:t>Description</w:t>
            </w:r>
          </w:p>
        </w:tc>
      </w:tr>
      <w:tr w:rsidR="00D96E9D" w14:paraId="3F7B059D" w14:textId="77777777">
        <w:trPr>
          <w:jc w:val="center"/>
        </w:trPr>
        <w:tc>
          <w:tcPr>
            <w:tcW w:w="4320" w:type="dxa"/>
          </w:tcPr>
          <w:p w14:paraId="4092965C" w14:textId="77777777" w:rsidR="00D96E9D" w:rsidRDefault="00000000">
            <w:r>
              <w:rPr>
                <w:sz w:val="20"/>
              </w:rPr>
              <w:t>Syntax</w:t>
            </w:r>
          </w:p>
        </w:tc>
        <w:tc>
          <w:tcPr>
            <w:tcW w:w="4320" w:type="dxa"/>
          </w:tcPr>
          <w:p w14:paraId="529F2C80" w14:textId="77777777" w:rsidR="00D96E9D" w:rsidRDefault="00000000">
            <w:r>
              <w:rPr>
                <w:sz w:val="20"/>
              </w:rPr>
              <w:t>Valid OWL/RDF syntax</w:t>
            </w:r>
          </w:p>
        </w:tc>
      </w:tr>
      <w:tr w:rsidR="00D96E9D" w14:paraId="0EBE9CC0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6D932D14" w14:textId="77777777" w:rsidR="00D96E9D" w:rsidRDefault="00000000">
            <w:r>
              <w:rPr>
                <w:sz w:val="20"/>
              </w:rPr>
              <w:t>Consistency</w:t>
            </w:r>
          </w:p>
        </w:tc>
        <w:tc>
          <w:tcPr>
            <w:tcW w:w="4320" w:type="dxa"/>
            <w:shd w:val="clear" w:color="auto" w:fill="F2F2F2"/>
          </w:tcPr>
          <w:p w14:paraId="42353853" w14:textId="77777777" w:rsidR="00D96E9D" w:rsidRDefault="00000000">
            <w:r>
              <w:rPr>
                <w:sz w:val="20"/>
              </w:rPr>
              <w:t>No logical contradictions</w:t>
            </w:r>
          </w:p>
        </w:tc>
      </w:tr>
      <w:tr w:rsidR="00D96E9D" w14:paraId="13F0E75F" w14:textId="77777777">
        <w:trPr>
          <w:jc w:val="center"/>
        </w:trPr>
        <w:tc>
          <w:tcPr>
            <w:tcW w:w="4320" w:type="dxa"/>
          </w:tcPr>
          <w:p w14:paraId="41902800" w14:textId="77777777" w:rsidR="00D96E9D" w:rsidRDefault="00000000">
            <w:r>
              <w:rPr>
                <w:sz w:val="20"/>
              </w:rPr>
              <w:t>Completeness</w:t>
            </w:r>
          </w:p>
        </w:tc>
        <w:tc>
          <w:tcPr>
            <w:tcW w:w="4320" w:type="dxa"/>
          </w:tcPr>
          <w:p w14:paraId="525B4EF5" w14:textId="77777777" w:rsidR="00D96E9D" w:rsidRDefault="00000000">
            <w:r>
              <w:rPr>
                <w:sz w:val="20"/>
              </w:rPr>
              <w:t>Required elements present</w:t>
            </w:r>
          </w:p>
        </w:tc>
      </w:tr>
      <w:tr w:rsidR="00D96E9D" w14:paraId="6958AF3C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1BE8DD3D" w14:textId="77777777" w:rsidR="00D96E9D" w:rsidRDefault="00000000">
            <w:r>
              <w:rPr>
                <w:sz w:val="20"/>
              </w:rPr>
              <w:t>BFO Alignment</w:t>
            </w:r>
          </w:p>
        </w:tc>
        <w:tc>
          <w:tcPr>
            <w:tcW w:w="4320" w:type="dxa"/>
            <w:shd w:val="clear" w:color="auto" w:fill="F2F2F2"/>
          </w:tcPr>
          <w:p w14:paraId="4F7C29B4" w14:textId="77777777" w:rsidR="00D96E9D" w:rsidRDefault="00000000">
            <w:r>
              <w:rPr>
                <w:sz w:val="20"/>
              </w:rPr>
              <w:t>Proper foundational ontology mapping</w:t>
            </w:r>
          </w:p>
        </w:tc>
      </w:tr>
      <w:tr w:rsidR="00D96E9D" w14:paraId="45B2546C" w14:textId="77777777">
        <w:trPr>
          <w:jc w:val="center"/>
        </w:trPr>
        <w:tc>
          <w:tcPr>
            <w:tcW w:w="4320" w:type="dxa"/>
          </w:tcPr>
          <w:p w14:paraId="0A4790A1" w14:textId="77777777" w:rsidR="00D96E9D" w:rsidRDefault="00000000">
            <w:r>
              <w:rPr>
                <w:sz w:val="20"/>
              </w:rPr>
              <w:t>CCO Alignment</w:t>
            </w:r>
          </w:p>
        </w:tc>
        <w:tc>
          <w:tcPr>
            <w:tcW w:w="4320" w:type="dxa"/>
          </w:tcPr>
          <w:p w14:paraId="76841F51" w14:textId="77777777" w:rsidR="00D96E9D" w:rsidRDefault="00000000">
            <w:r>
              <w:rPr>
                <w:sz w:val="20"/>
              </w:rPr>
              <w:t>Common Core Ontology compliance</w:t>
            </w:r>
          </w:p>
        </w:tc>
      </w:tr>
      <w:tr w:rsidR="00D96E9D" w14:paraId="1419E37A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655D7F96" w14:textId="77777777" w:rsidR="00D96E9D" w:rsidRDefault="00000000">
            <w:r>
              <w:rPr>
                <w:sz w:val="20"/>
              </w:rPr>
              <w:t>Naming Conventions</w:t>
            </w:r>
          </w:p>
        </w:tc>
        <w:tc>
          <w:tcPr>
            <w:tcW w:w="4320" w:type="dxa"/>
            <w:shd w:val="clear" w:color="auto" w:fill="F2F2F2"/>
          </w:tcPr>
          <w:p w14:paraId="4EF47ADA" w14:textId="77777777" w:rsidR="00D96E9D" w:rsidRDefault="00000000">
            <w:r>
              <w:rPr>
                <w:sz w:val="20"/>
              </w:rPr>
              <w:t>Consistent naming patterns</w:t>
            </w:r>
          </w:p>
        </w:tc>
      </w:tr>
    </w:tbl>
    <w:p w14:paraId="40387079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Validation Results</w:t>
      </w:r>
    </w:p>
    <w:p w14:paraId="503FB1CA" w14:textId="77777777" w:rsidR="00D96E9D" w:rsidRDefault="00000000">
      <w:pPr>
        <w:ind w:left="720"/>
      </w:pPr>
      <w:r>
        <w:rPr>
          <w:i/>
        </w:rPr>
        <w:t>📸 SCREENSHOT NEEDED: Validation results panel with issues listed</w:t>
      </w:r>
    </w:p>
    <w:p w14:paraId="36947870" w14:textId="77777777" w:rsidR="00D96E9D" w:rsidRDefault="00000000">
      <w:r>
        <w:t>Results are displayed with severity levels: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77"/>
        <w:gridCol w:w="2876"/>
        <w:gridCol w:w="2877"/>
      </w:tblGrid>
      <w:tr w:rsidR="00D96E9D" w14:paraId="1B14B962" w14:textId="77777777">
        <w:trPr>
          <w:jc w:val="center"/>
        </w:trPr>
        <w:tc>
          <w:tcPr>
            <w:tcW w:w="2880" w:type="dxa"/>
            <w:shd w:val="clear" w:color="auto" w:fill="003366"/>
          </w:tcPr>
          <w:p w14:paraId="78DD234C" w14:textId="77777777" w:rsidR="00D96E9D" w:rsidRDefault="00000000"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880" w:type="dxa"/>
            <w:shd w:val="clear" w:color="auto" w:fill="003366"/>
          </w:tcPr>
          <w:p w14:paraId="56A006CE" w14:textId="77777777" w:rsidR="00D96E9D" w:rsidRDefault="00000000">
            <w:r>
              <w:rPr>
                <w:b/>
                <w:color w:val="FFFFFF"/>
                <w:sz w:val="20"/>
              </w:rPr>
              <w:t>Icon</w:t>
            </w:r>
          </w:p>
        </w:tc>
        <w:tc>
          <w:tcPr>
            <w:tcW w:w="2880" w:type="dxa"/>
            <w:shd w:val="clear" w:color="auto" w:fill="003366"/>
          </w:tcPr>
          <w:p w14:paraId="5431F1C3" w14:textId="77777777" w:rsidR="00D96E9D" w:rsidRDefault="00000000">
            <w:r>
              <w:rPr>
                <w:b/>
                <w:color w:val="FFFFFF"/>
                <w:sz w:val="20"/>
              </w:rPr>
              <w:t>Description</w:t>
            </w:r>
          </w:p>
        </w:tc>
      </w:tr>
      <w:tr w:rsidR="00D96E9D" w14:paraId="06AA3D52" w14:textId="77777777">
        <w:trPr>
          <w:jc w:val="center"/>
        </w:trPr>
        <w:tc>
          <w:tcPr>
            <w:tcW w:w="2880" w:type="dxa"/>
          </w:tcPr>
          <w:p w14:paraId="05189B87" w14:textId="77777777" w:rsidR="00D96E9D" w:rsidRDefault="00000000">
            <w:r>
              <w:rPr>
                <w:sz w:val="20"/>
              </w:rPr>
              <w:t>Error</w:t>
            </w:r>
          </w:p>
        </w:tc>
        <w:tc>
          <w:tcPr>
            <w:tcW w:w="2880" w:type="dxa"/>
          </w:tcPr>
          <w:p w14:paraId="1C1342FE" w14:textId="77777777" w:rsidR="00D96E9D" w:rsidRDefault="00000000">
            <w:r>
              <w:rPr>
                <w:sz w:val="20"/>
              </w:rPr>
              <w:t>🔴</w:t>
            </w:r>
          </w:p>
        </w:tc>
        <w:tc>
          <w:tcPr>
            <w:tcW w:w="2880" w:type="dxa"/>
          </w:tcPr>
          <w:p w14:paraId="29FDBF8D" w14:textId="77777777" w:rsidR="00D96E9D" w:rsidRDefault="00000000">
            <w:r>
              <w:rPr>
                <w:sz w:val="20"/>
              </w:rPr>
              <w:t>Must be fixed before export</w:t>
            </w:r>
          </w:p>
        </w:tc>
      </w:tr>
      <w:tr w:rsidR="00D96E9D" w14:paraId="16B3E583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4BFF3600" w14:textId="77777777" w:rsidR="00D96E9D" w:rsidRDefault="00000000">
            <w:r>
              <w:rPr>
                <w:sz w:val="20"/>
              </w:rPr>
              <w:t>Warning</w:t>
            </w:r>
          </w:p>
        </w:tc>
        <w:tc>
          <w:tcPr>
            <w:tcW w:w="2880" w:type="dxa"/>
            <w:shd w:val="clear" w:color="auto" w:fill="F2F2F2"/>
          </w:tcPr>
          <w:p w14:paraId="18C77538" w14:textId="77777777" w:rsidR="00D96E9D" w:rsidRDefault="00000000">
            <w:r>
              <w:rPr>
                <w:sz w:val="20"/>
              </w:rPr>
              <w:t>🟡</w:t>
            </w:r>
          </w:p>
        </w:tc>
        <w:tc>
          <w:tcPr>
            <w:tcW w:w="2880" w:type="dxa"/>
            <w:shd w:val="clear" w:color="auto" w:fill="F2F2F2"/>
          </w:tcPr>
          <w:p w14:paraId="36E8A94E" w14:textId="77777777" w:rsidR="00D96E9D" w:rsidRDefault="00000000">
            <w:r>
              <w:rPr>
                <w:sz w:val="20"/>
              </w:rPr>
              <w:t>Should be reviewed</w:t>
            </w:r>
          </w:p>
        </w:tc>
      </w:tr>
      <w:tr w:rsidR="00D96E9D" w14:paraId="6B8926D5" w14:textId="77777777">
        <w:trPr>
          <w:jc w:val="center"/>
        </w:trPr>
        <w:tc>
          <w:tcPr>
            <w:tcW w:w="2880" w:type="dxa"/>
          </w:tcPr>
          <w:p w14:paraId="0E7893B5" w14:textId="77777777" w:rsidR="00D96E9D" w:rsidRDefault="00000000">
            <w:r>
              <w:rPr>
                <w:sz w:val="20"/>
              </w:rPr>
              <w:t>Info</w:t>
            </w:r>
          </w:p>
        </w:tc>
        <w:tc>
          <w:tcPr>
            <w:tcW w:w="2880" w:type="dxa"/>
          </w:tcPr>
          <w:p w14:paraId="42C7344F" w14:textId="77777777" w:rsidR="00D96E9D" w:rsidRDefault="00000000">
            <w:r>
              <w:rPr>
                <w:sz w:val="20"/>
              </w:rPr>
              <w:t>🟢</w:t>
            </w:r>
          </w:p>
        </w:tc>
        <w:tc>
          <w:tcPr>
            <w:tcW w:w="2880" w:type="dxa"/>
          </w:tcPr>
          <w:p w14:paraId="6F2EA552" w14:textId="77777777" w:rsidR="00D96E9D" w:rsidRDefault="00000000">
            <w:r>
              <w:rPr>
                <w:sz w:val="20"/>
              </w:rPr>
              <w:t>Suggestions for improvement</w:t>
            </w:r>
          </w:p>
        </w:tc>
      </w:tr>
    </w:tbl>
    <w:p w14:paraId="07A3B6BD" w14:textId="77777777" w:rsidR="00D96E9D" w:rsidRDefault="00000000">
      <w:r>
        <w:t>__________________________________________________</w:t>
      </w:r>
    </w:p>
    <w:p w14:paraId="2EA61FCB" w14:textId="77777777" w:rsidR="00D96E9D" w:rsidRDefault="00000000">
      <w:pPr>
        <w:pStyle w:val="Heading1"/>
        <w:spacing w:before="360" w:after="120"/>
      </w:pPr>
      <w:r>
        <w:rPr>
          <w:rFonts w:ascii="Calibri" w:hAnsi="Calibri"/>
          <w:color w:val="003366"/>
          <w:sz w:val="36"/>
        </w:rPr>
        <w:lastRenderedPageBreak/>
        <w:t>14. Workspaces</w:t>
      </w:r>
    </w:p>
    <w:p w14:paraId="361E6BE3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What are Workspaces?</w:t>
      </w:r>
    </w:p>
    <w:p w14:paraId="481DC5B2" w14:textId="77777777" w:rsidR="00D96E9D" w:rsidRDefault="00000000">
      <w:r>
        <w:t>Workspaces are customizable views for organizing your ontology work. Each workspace can contain multiple widgets arranged in a grid layout. Workspaces are always linked to a specific project.</w:t>
      </w:r>
    </w:p>
    <w:p w14:paraId="39361C86" w14:textId="77777777" w:rsidR="00D96E9D" w:rsidRDefault="00000000">
      <w:pPr>
        <w:ind w:left="720"/>
      </w:pPr>
      <w:r>
        <w:rPr>
          <w:i/>
        </w:rPr>
        <w:t>📸 SCREENSHOT NEEDED: Workspace with multiple widgets arranged</w:t>
      </w:r>
    </w:p>
    <w:p w14:paraId="6BF118DE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Creating a Workspace</w:t>
      </w:r>
    </w:p>
    <w:p w14:paraId="1B53F4D6" w14:textId="77777777" w:rsidR="00D96E9D" w:rsidRDefault="00000000">
      <w:pPr>
        <w:pStyle w:val="ListNumber"/>
      </w:pPr>
      <w:r>
        <w:t>Click "+ Create Workspace" in the top navigation</w:t>
      </w:r>
    </w:p>
    <w:p w14:paraId="7EE476B4" w14:textId="77777777" w:rsidR="00D96E9D" w:rsidRDefault="00000000">
      <w:pPr>
        <w:pStyle w:val="ListNumber"/>
      </w:pPr>
      <w:r>
        <w:t>Enter workspace name</w:t>
      </w:r>
    </w:p>
    <w:p w14:paraId="1DAAC3BD" w14:textId="77777777" w:rsidR="00D96E9D" w:rsidRDefault="00000000">
      <w:pPr>
        <w:pStyle w:val="ListNumber"/>
      </w:pPr>
      <w:r>
        <w:t>Select a template or start blank</w:t>
      </w:r>
    </w:p>
    <w:p w14:paraId="3B23F62A" w14:textId="77777777" w:rsidR="00D96E9D" w:rsidRDefault="00000000">
      <w:pPr>
        <w:pStyle w:val="ListNumber"/>
      </w:pPr>
      <w:r>
        <w:t>Click "Create"</w:t>
      </w:r>
    </w:p>
    <w:p w14:paraId="6DA76E30" w14:textId="77777777" w:rsidR="00D96E9D" w:rsidRDefault="00000000">
      <w:pPr>
        <w:ind w:left="720"/>
      </w:pPr>
      <w:r>
        <w:rPr>
          <w:i/>
        </w:rPr>
        <w:t>📸 SCREENSHOT NEEDED: Create workspace dialog</w:t>
      </w:r>
    </w:p>
    <w:p w14:paraId="4B3B2BD6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Available Widgets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15"/>
        <w:gridCol w:w="4315"/>
      </w:tblGrid>
      <w:tr w:rsidR="00D96E9D" w14:paraId="0871170D" w14:textId="77777777">
        <w:trPr>
          <w:jc w:val="center"/>
        </w:trPr>
        <w:tc>
          <w:tcPr>
            <w:tcW w:w="4320" w:type="dxa"/>
            <w:shd w:val="clear" w:color="auto" w:fill="003366"/>
          </w:tcPr>
          <w:p w14:paraId="380D8915" w14:textId="77777777" w:rsidR="00D96E9D" w:rsidRDefault="00000000">
            <w:r>
              <w:rPr>
                <w:b/>
                <w:color w:val="FFFFFF"/>
                <w:sz w:val="20"/>
              </w:rPr>
              <w:t>Widget</w:t>
            </w:r>
          </w:p>
        </w:tc>
        <w:tc>
          <w:tcPr>
            <w:tcW w:w="4320" w:type="dxa"/>
            <w:shd w:val="clear" w:color="auto" w:fill="003366"/>
          </w:tcPr>
          <w:p w14:paraId="7A50CA62" w14:textId="77777777" w:rsidR="00D96E9D" w:rsidRDefault="00000000">
            <w:r>
              <w:rPr>
                <w:b/>
                <w:color w:val="FFFFFF"/>
                <w:sz w:val="20"/>
              </w:rPr>
              <w:t>Function</w:t>
            </w:r>
          </w:p>
        </w:tc>
      </w:tr>
      <w:tr w:rsidR="00D96E9D" w14:paraId="0039DCB6" w14:textId="77777777">
        <w:trPr>
          <w:jc w:val="center"/>
        </w:trPr>
        <w:tc>
          <w:tcPr>
            <w:tcW w:w="4320" w:type="dxa"/>
          </w:tcPr>
          <w:p w14:paraId="758E1487" w14:textId="77777777" w:rsidR="00D96E9D" w:rsidRDefault="00000000">
            <w:r>
              <w:rPr>
                <w:sz w:val="20"/>
              </w:rPr>
              <w:t>Graph Viewer</w:t>
            </w:r>
          </w:p>
        </w:tc>
        <w:tc>
          <w:tcPr>
            <w:tcW w:w="4320" w:type="dxa"/>
          </w:tcPr>
          <w:p w14:paraId="66B671D5" w14:textId="77777777" w:rsidR="00D96E9D" w:rsidRDefault="00000000">
            <w:r>
              <w:rPr>
                <w:sz w:val="20"/>
              </w:rPr>
              <w:t>Interactive knowledge graph</w:t>
            </w:r>
          </w:p>
        </w:tc>
      </w:tr>
      <w:tr w:rsidR="00D96E9D" w14:paraId="356E0178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46D4EDE9" w14:textId="77777777" w:rsidR="00D96E9D" w:rsidRDefault="00000000">
            <w:r>
              <w:rPr>
                <w:sz w:val="20"/>
              </w:rPr>
              <w:t>Entity List</w:t>
            </w:r>
          </w:p>
        </w:tc>
        <w:tc>
          <w:tcPr>
            <w:tcW w:w="4320" w:type="dxa"/>
            <w:shd w:val="clear" w:color="auto" w:fill="F2F2F2"/>
          </w:tcPr>
          <w:p w14:paraId="71B7DB89" w14:textId="77777777" w:rsidR="00D96E9D" w:rsidRDefault="00000000">
            <w:r>
              <w:rPr>
                <w:sz w:val="20"/>
              </w:rPr>
              <w:t>Browse entities</w:t>
            </w:r>
          </w:p>
        </w:tc>
      </w:tr>
      <w:tr w:rsidR="00D96E9D" w14:paraId="4BF34C45" w14:textId="77777777">
        <w:trPr>
          <w:jc w:val="center"/>
        </w:trPr>
        <w:tc>
          <w:tcPr>
            <w:tcW w:w="4320" w:type="dxa"/>
          </w:tcPr>
          <w:p w14:paraId="583B253F" w14:textId="77777777" w:rsidR="00D96E9D" w:rsidRDefault="00000000">
            <w:r>
              <w:rPr>
                <w:sz w:val="20"/>
              </w:rPr>
              <w:t>Triple Editor</w:t>
            </w:r>
          </w:p>
        </w:tc>
        <w:tc>
          <w:tcPr>
            <w:tcW w:w="4320" w:type="dxa"/>
          </w:tcPr>
          <w:p w14:paraId="7010B4C1" w14:textId="77777777" w:rsidR="00D96E9D" w:rsidRDefault="00000000">
            <w:r>
              <w:rPr>
                <w:sz w:val="20"/>
              </w:rPr>
              <w:t>Edit semantic triples</w:t>
            </w:r>
          </w:p>
        </w:tc>
      </w:tr>
      <w:tr w:rsidR="00D96E9D" w14:paraId="239D9420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4FC1CC28" w14:textId="77777777" w:rsidR="00D96E9D" w:rsidRDefault="00000000">
            <w:r>
              <w:rPr>
                <w:sz w:val="20"/>
              </w:rPr>
              <w:t>Document Viewer</w:t>
            </w:r>
          </w:p>
        </w:tc>
        <w:tc>
          <w:tcPr>
            <w:tcW w:w="4320" w:type="dxa"/>
            <w:shd w:val="clear" w:color="auto" w:fill="F2F2F2"/>
          </w:tcPr>
          <w:p w14:paraId="58C1F33F" w14:textId="77777777" w:rsidR="00D96E9D" w:rsidRDefault="00000000">
            <w:r>
              <w:rPr>
                <w:sz w:val="20"/>
              </w:rPr>
              <w:t>View source documents</w:t>
            </w:r>
          </w:p>
        </w:tc>
      </w:tr>
      <w:tr w:rsidR="00D96E9D" w14:paraId="5FF26ACB" w14:textId="77777777">
        <w:trPr>
          <w:jc w:val="center"/>
        </w:trPr>
        <w:tc>
          <w:tcPr>
            <w:tcW w:w="4320" w:type="dxa"/>
          </w:tcPr>
          <w:p w14:paraId="6F485A1A" w14:textId="77777777" w:rsidR="00D96E9D" w:rsidRDefault="00000000">
            <w:r>
              <w:rPr>
                <w:sz w:val="20"/>
              </w:rPr>
              <w:t>Query Panel</w:t>
            </w:r>
          </w:p>
        </w:tc>
        <w:tc>
          <w:tcPr>
            <w:tcW w:w="4320" w:type="dxa"/>
          </w:tcPr>
          <w:p w14:paraId="45B5866A" w14:textId="77777777" w:rsidR="00D96E9D" w:rsidRDefault="00000000">
            <w:r>
              <w:rPr>
                <w:sz w:val="20"/>
              </w:rPr>
              <w:t>Run SPARQL queries</w:t>
            </w:r>
          </w:p>
        </w:tc>
      </w:tr>
      <w:tr w:rsidR="00D96E9D" w14:paraId="0023B8A2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71F7E93A" w14:textId="77777777" w:rsidR="00D96E9D" w:rsidRDefault="00000000">
            <w:r>
              <w:rPr>
                <w:sz w:val="20"/>
              </w:rPr>
              <w:t>Validation Panel</w:t>
            </w:r>
          </w:p>
        </w:tc>
        <w:tc>
          <w:tcPr>
            <w:tcW w:w="4320" w:type="dxa"/>
            <w:shd w:val="clear" w:color="auto" w:fill="F2F2F2"/>
          </w:tcPr>
          <w:p w14:paraId="4EBB3D19" w14:textId="77777777" w:rsidR="00D96E9D" w:rsidRDefault="00000000">
            <w:r>
              <w:rPr>
                <w:sz w:val="20"/>
              </w:rPr>
              <w:t>View validation results</w:t>
            </w:r>
          </w:p>
        </w:tc>
      </w:tr>
      <w:tr w:rsidR="00D96E9D" w14:paraId="12ED9A61" w14:textId="77777777">
        <w:trPr>
          <w:jc w:val="center"/>
        </w:trPr>
        <w:tc>
          <w:tcPr>
            <w:tcW w:w="4320" w:type="dxa"/>
          </w:tcPr>
          <w:p w14:paraId="756EDC71" w14:textId="77777777" w:rsidR="00D96E9D" w:rsidRDefault="00000000">
            <w:r>
              <w:rPr>
                <w:sz w:val="20"/>
              </w:rPr>
              <w:t>Statistics</w:t>
            </w:r>
          </w:p>
        </w:tc>
        <w:tc>
          <w:tcPr>
            <w:tcW w:w="4320" w:type="dxa"/>
          </w:tcPr>
          <w:p w14:paraId="390BC0BB" w14:textId="77777777" w:rsidR="00D96E9D" w:rsidRDefault="00000000">
            <w:r>
              <w:rPr>
                <w:sz w:val="20"/>
              </w:rPr>
              <w:t>Ontology metrics</w:t>
            </w:r>
          </w:p>
        </w:tc>
      </w:tr>
    </w:tbl>
    <w:p w14:paraId="404849EA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Customizing Layout</w:t>
      </w:r>
    </w:p>
    <w:p w14:paraId="30486535" w14:textId="77777777" w:rsidR="00D96E9D" w:rsidRDefault="00000000">
      <w:pPr>
        <w:pStyle w:val="ListBullet"/>
      </w:pPr>
      <w:r>
        <w:t>Drag widgets by their title bar to reposition</w:t>
      </w:r>
    </w:p>
    <w:p w14:paraId="645F7BDE" w14:textId="77777777" w:rsidR="00D96E9D" w:rsidRDefault="00000000">
      <w:pPr>
        <w:pStyle w:val="ListBullet"/>
      </w:pPr>
      <w:r>
        <w:t>Resize by dragging corners or edges</w:t>
      </w:r>
    </w:p>
    <w:p w14:paraId="3E1FD6C7" w14:textId="77777777" w:rsidR="00D96E9D" w:rsidRDefault="00000000">
      <w:pPr>
        <w:pStyle w:val="ListBullet"/>
      </w:pPr>
      <w:r>
        <w:t>Add widgets from the widget menu (+)</w:t>
      </w:r>
    </w:p>
    <w:p w14:paraId="667F760B" w14:textId="77777777" w:rsidR="00D96E9D" w:rsidRDefault="00000000">
      <w:pPr>
        <w:pStyle w:val="ListBullet"/>
      </w:pPr>
      <w:r>
        <w:t>Remove widgets by clicking the X in the title bar</w:t>
      </w:r>
    </w:p>
    <w:p w14:paraId="42E07776" w14:textId="77777777" w:rsidR="00D96E9D" w:rsidRDefault="00000000">
      <w:pPr>
        <w:pStyle w:val="ListBullet"/>
      </w:pPr>
      <w:r>
        <w:t>Maximize a widget to full screen</w:t>
      </w:r>
    </w:p>
    <w:p w14:paraId="3853C02F" w14:textId="77777777" w:rsidR="00D96E9D" w:rsidRDefault="00000000">
      <w:pPr>
        <w:ind w:left="720"/>
      </w:pPr>
      <w:r>
        <w:rPr>
          <w:i/>
        </w:rPr>
        <w:t>📸 SCREENSHOT NEEDED: Widget being dragged/resized</w:t>
      </w:r>
    </w:p>
    <w:p w14:paraId="0000AE82" w14:textId="77777777" w:rsidR="00D96E9D" w:rsidRDefault="00000000">
      <w:r>
        <w:t>__________________________________________________</w:t>
      </w:r>
    </w:p>
    <w:p w14:paraId="35336620" w14:textId="77777777" w:rsidR="00D96E9D" w:rsidRDefault="00000000">
      <w:pPr>
        <w:pStyle w:val="Heading1"/>
        <w:spacing w:before="360" w:after="120"/>
      </w:pPr>
      <w:r>
        <w:rPr>
          <w:rFonts w:ascii="Calibri" w:hAnsi="Calibri"/>
          <w:color w:val="003366"/>
          <w:sz w:val="36"/>
        </w:rPr>
        <w:lastRenderedPageBreak/>
        <w:t>15. Settings &amp; Preferences</w:t>
      </w:r>
    </w:p>
    <w:p w14:paraId="0FE1BC9C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Account Settings</w:t>
      </w:r>
    </w:p>
    <w:p w14:paraId="620D6BE9" w14:textId="77777777" w:rsidR="00D96E9D" w:rsidRDefault="00000000">
      <w:pPr>
        <w:ind w:left="720"/>
      </w:pPr>
      <w:r>
        <w:rPr>
          <w:i/>
        </w:rPr>
        <w:t>📸 SCREENSHOT NEEDED: Account settings page</w:t>
      </w:r>
    </w:p>
    <w:p w14:paraId="37F1AF2C" w14:textId="77777777" w:rsidR="00D96E9D" w:rsidRDefault="00000000">
      <w:r>
        <w:t>Access via the user menu → Settings: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15"/>
        <w:gridCol w:w="4315"/>
      </w:tblGrid>
      <w:tr w:rsidR="00D96E9D" w14:paraId="47532CA7" w14:textId="77777777">
        <w:trPr>
          <w:jc w:val="center"/>
        </w:trPr>
        <w:tc>
          <w:tcPr>
            <w:tcW w:w="4320" w:type="dxa"/>
            <w:shd w:val="clear" w:color="auto" w:fill="003366"/>
          </w:tcPr>
          <w:p w14:paraId="4DDA098B" w14:textId="77777777" w:rsidR="00D96E9D" w:rsidRDefault="00000000">
            <w:r>
              <w:rPr>
                <w:b/>
                <w:color w:val="FFFFFF"/>
                <w:sz w:val="20"/>
              </w:rPr>
              <w:t>Setting</w:t>
            </w:r>
          </w:p>
        </w:tc>
        <w:tc>
          <w:tcPr>
            <w:tcW w:w="4320" w:type="dxa"/>
            <w:shd w:val="clear" w:color="auto" w:fill="003366"/>
          </w:tcPr>
          <w:p w14:paraId="40ACFC2D" w14:textId="77777777" w:rsidR="00D96E9D" w:rsidRDefault="00000000">
            <w:r>
              <w:rPr>
                <w:b/>
                <w:color w:val="FFFFFF"/>
                <w:sz w:val="20"/>
              </w:rPr>
              <w:t>Description</w:t>
            </w:r>
          </w:p>
        </w:tc>
      </w:tr>
      <w:tr w:rsidR="00D96E9D" w14:paraId="3751D773" w14:textId="77777777">
        <w:trPr>
          <w:jc w:val="center"/>
        </w:trPr>
        <w:tc>
          <w:tcPr>
            <w:tcW w:w="4320" w:type="dxa"/>
          </w:tcPr>
          <w:p w14:paraId="5CE4E87E" w14:textId="77777777" w:rsidR="00D96E9D" w:rsidRDefault="00000000">
            <w:r>
              <w:rPr>
                <w:sz w:val="20"/>
              </w:rPr>
              <w:t>Profile</w:t>
            </w:r>
          </w:p>
        </w:tc>
        <w:tc>
          <w:tcPr>
            <w:tcW w:w="4320" w:type="dxa"/>
          </w:tcPr>
          <w:p w14:paraId="54B82435" w14:textId="77777777" w:rsidR="00D96E9D" w:rsidRDefault="00000000">
            <w:r>
              <w:rPr>
                <w:sz w:val="20"/>
              </w:rPr>
              <w:t>Update name, email, avatar</w:t>
            </w:r>
          </w:p>
        </w:tc>
      </w:tr>
      <w:tr w:rsidR="00D96E9D" w14:paraId="11716264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59C33A95" w14:textId="77777777" w:rsidR="00D96E9D" w:rsidRDefault="00000000">
            <w:r>
              <w:rPr>
                <w:sz w:val="20"/>
              </w:rPr>
              <w:t>Password</w:t>
            </w:r>
          </w:p>
        </w:tc>
        <w:tc>
          <w:tcPr>
            <w:tcW w:w="4320" w:type="dxa"/>
            <w:shd w:val="clear" w:color="auto" w:fill="F2F2F2"/>
          </w:tcPr>
          <w:p w14:paraId="31AB3DDF" w14:textId="77777777" w:rsidR="00D96E9D" w:rsidRDefault="00000000">
            <w:r>
              <w:rPr>
                <w:sz w:val="20"/>
              </w:rPr>
              <w:t>Change your password</w:t>
            </w:r>
          </w:p>
        </w:tc>
      </w:tr>
      <w:tr w:rsidR="00D96E9D" w14:paraId="1548C1D6" w14:textId="77777777">
        <w:trPr>
          <w:jc w:val="center"/>
        </w:trPr>
        <w:tc>
          <w:tcPr>
            <w:tcW w:w="4320" w:type="dxa"/>
          </w:tcPr>
          <w:p w14:paraId="45D849A7" w14:textId="77777777" w:rsidR="00D96E9D" w:rsidRDefault="00000000">
            <w:r>
              <w:rPr>
                <w:sz w:val="20"/>
              </w:rPr>
              <w:t>Notifications</w:t>
            </w:r>
          </w:p>
        </w:tc>
        <w:tc>
          <w:tcPr>
            <w:tcW w:w="4320" w:type="dxa"/>
          </w:tcPr>
          <w:p w14:paraId="158E75C5" w14:textId="77777777" w:rsidR="00D96E9D" w:rsidRDefault="00000000">
            <w:r>
              <w:rPr>
                <w:sz w:val="20"/>
              </w:rPr>
              <w:t>Email notification preferences</w:t>
            </w:r>
          </w:p>
        </w:tc>
      </w:tr>
      <w:tr w:rsidR="00D96E9D" w14:paraId="44030AE7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2340FC38" w14:textId="77777777" w:rsidR="00D96E9D" w:rsidRDefault="00000000">
            <w:r>
              <w:rPr>
                <w:sz w:val="20"/>
              </w:rPr>
              <w:t>API Keys</w:t>
            </w:r>
          </w:p>
        </w:tc>
        <w:tc>
          <w:tcPr>
            <w:tcW w:w="4320" w:type="dxa"/>
            <w:shd w:val="clear" w:color="auto" w:fill="F2F2F2"/>
          </w:tcPr>
          <w:p w14:paraId="0F18C325" w14:textId="77777777" w:rsidR="00D96E9D" w:rsidRDefault="00000000">
            <w:r>
              <w:rPr>
                <w:sz w:val="20"/>
              </w:rPr>
              <w:t>Manage API access tokens</w:t>
            </w:r>
          </w:p>
        </w:tc>
      </w:tr>
      <w:tr w:rsidR="00D96E9D" w14:paraId="433B3362" w14:textId="77777777">
        <w:trPr>
          <w:jc w:val="center"/>
        </w:trPr>
        <w:tc>
          <w:tcPr>
            <w:tcW w:w="4320" w:type="dxa"/>
          </w:tcPr>
          <w:p w14:paraId="43C61D0E" w14:textId="77777777" w:rsidR="00D96E9D" w:rsidRDefault="00000000">
            <w:r>
              <w:rPr>
                <w:sz w:val="20"/>
              </w:rPr>
              <w:t>Theme</w:t>
            </w:r>
          </w:p>
        </w:tc>
        <w:tc>
          <w:tcPr>
            <w:tcW w:w="4320" w:type="dxa"/>
          </w:tcPr>
          <w:p w14:paraId="22557376" w14:textId="77777777" w:rsidR="00D96E9D" w:rsidRDefault="00000000">
            <w:r>
              <w:rPr>
                <w:sz w:val="20"/>
              </w:rPr>
              <w:t>Default light/dark mode</w:t>
            </w:r>
          </w:p>
        </w:tc>
      </w:tr>
    </w:tbl>
    <w:p w14:paraId="512F154F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Project Settings</w:t>
      </w:r>
    </w:p>
    <w:p w14:paraId="16516852" w14:textId="77777777" w:rsidR="00D96E9D" w:rsidRDefault="00000000">
      <w:pPr>
        <w:ind w:left="720"/>
      </w:pPr>
      <w:r>
        <w:rPr>
          <w:i/>
        </w:rPr>
        <w:t>📸 SCREENSHOT NEEDED: Project settings dialog</w:t>
      </w:r>
    </w:p>
    <w:p w14:paraId="4C1BC57D" w14:textId="77777777" w:rsidR="00D96E9D" w:rsidRDefault="00000000">
      <w:r>
        <w:t>Within a project, access settings via the gear icon: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15"/>
        <w:gridCol w:w="4315"/>
      </w:tblGrid>
      <w:tr w:rsidR="00D96E9D" w14:paraId="55C62689" w14:textId="77777777">
        <w:trPr>
          <w:jc w:val="center"/>
        </w:trPr>
        <w:tc>
          <w:tcPr>
            <w:tcW w:w="4320" w:type="dxa"/>
            <w:shd w:val="clear" w:color="auto" w:fill="003366"/>
          </w:tcPr>
          <w:p w14:paraId="607432FC" w14:textId="77777777" w:rsidR="00D96E9D" w:rsidRDefault="00000000">
            <w:r>
              <w:rPr>
                <w:b/>
                <w:color w:val="FFFFFF"/>
                <w:sz w:val="20"/>
              </w:rPr>
              <w:t>Setting</w:t>
            </w:r>
          </w:p>
        </w:tc>
        <w:tc>
          <w:tcPr>
            <w:tcW w:w="4320" w:type="dxa"/>
            <w:shd w:val="clear" w:color="auto" w:fill="003366"/>
          </w:tcPr>
          <w:p w14:paraId="64D4E0EF" w14:textId="77777777" w:rsidR="00D96E9D" w:rsidRDefault="00000000">
            <w:r>
              <w:rPr>
                <w:b/>
                <w:color w:val="FFFFFF"/>
                <w:sz w:val="20"/>
              </w:rPr>
              <w:t>Description</w:t>
            </w:r>
          </w:p>
        </w:tc>
      </w:tr>
      <w:tr w:rsidR="00D96E9D" w14:paraId="4862CC59" w14:textId="77777777">
        <w:trPr>
          <w:jc w:val="center"/>
        </w:trPr>
        <w:tc>
          <w:tcPr>
            <w:tcW w:w="4320" w:type="dxa"/>
          </w:tcPr>
          <w:p w14:paraId="2DC13D52" w14:textId="77777777" w:rsidR="00D96E9D" w:rsidRDefault="00000000">
            <w:r>
              <w:rPr>
                <w:sz w:val="20"/>
              </w:rPr>
              <w:t>General</w:t>
            </w:r>
          </w:p>
        </w:tc>
        <w:tc>
          <w:tcPr>
            <w:tcW w:w="4320" w:type="dxa"/>
          </w:tcPr>
          <w:p w14:paraId="695A4DAD" w14:textId="77777777" w:rsidR="00D96E9D" w:rsidRDefault="00000000">
            <w:r>
              <w:rPr>
                <w:sz w:val="20"/>
              </w:rPr>
              <w:t>Name, description, tags</w:t>
            </w:r>
          </w:p>
        </w:tc>
      </w:tr>
      <w:tr w:rsidR="00D96E9D" w14:paraId="514D6C4E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11465EC2" w14:textId="77777777" w:rsidR="00D96E9D" w:rsidRDefault="00000000">
            <w:r>
              <w:rPr>
                <w:sz w:val="20"/>
              </w:rPr>
              <w:t>Collaboration</w:t>
            </w:r>
          </w:p>
        </w:tc>
        <w:tc>
          <w:tcPr>
            <w:tcW w:w="4320" w:type="dxa"/>
            <w:shd w:val="clear" w:color="auto" w:fill="F2F2F2"/>
          </w:tcPr>
          <w:p w14:paraId="53ADE595" w14:textId="77777777" w:rsidR="00D96E9D" w:rsidRDefault="00000000">
            <w:r>
              <w:rPr>
                <w:sz w:val="20"/>
              </w:rPr>
              <w:t>Team members and permissions</w:t>
            </w:r>
          </w:p>
        </w:tc>
      </w:tr>
      <w:tr w:rsidR="00D96E9D" w14:paraId="10599A8A" w14:textId="77777777">
        <w:trPr>
          <w:jc w:val="center"/>
        </w:trPr>
        <w:tc>
          <w:tcPr>
            <w:tcW w:w="4320" w:type="dxa"/>
          </w:tcPr>
          <w:p w14:paraId="2240CABF" w14:textId="77777777" w:rsidR="00D96E9D" w:rsidRDefault="00000000">
            <w:r>
              <w:rPr>
                <w:sz w:val="20"/>
              </w:rPr>
              <w:t>Export</w:t>
            </w:r>
          </w:p>
        </w:tc>
        <w:tc>
          <w:tcPr>
            <w:tcW w:w="4320" w:type="dxa"/>
          </w:tcPr>
          <w:p w14:paraId="2AAED622" w14:textId="77777777" w:rsidR="00D96E9D" w:rsidRDefault="00000000">
            <w:r>
              <w:rPr>
                <w:sz w:val="20"/>
              </w:rPr>
              <w:t>Default export formats</w:t>
            </w:r>
          </w:p>
        </w:tc>
      </w:tr>
      <w:tr w:rsidR="00D96E9D" w14:paraId="04D069F6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588A5ED9" w14:textId="77777777" w:rsidR="00D96E9D" w:rsidRDefault="00000000">
            <w:r>
              <w:rPr>
                <w:sz w:val="20"/>
              </w:rPr>
              <w:t>Processing</w:t>
            </w:r>
          </w:p>
        </w:tc>
        <w:tc>
          <w:tcPr>
            <w:tcW w:w="4320" w:type="dxa"/>
            <w:shd w:val="clear" w:color="auto" w:fill="F2F2F2"/>
          </w:tcPr>
          <w:p w14:paraId="4F6585F2" w14:textId="77777777" w:rsidR="00D96E9D" w:rsidRDefault="00000000">
            <w:r>
              <w:rPr>
                <w:sz w:val="20"/>
              </w:rPr>
              <w:t>AI model preferences (LLM vs Manual)</w:t>
            </w:r>
          </w:p>
        </w:tc>
      </w:tr>
      <w:tr w:rsidR="00D96E9D" w14:paraId="46C52064" w14:textId="77777777">
        <w:trPr>
          <w:jc w:val="center"/>
        </w:trPr>
        <w:tc>
          <w:tcPr>
            <w:tcW w:w="4320" w:type="dxa"/>
          </w:tcPr>
          <w:p w14:paraId="4A7DBC10" w14:textId="77777777" w:rsidR="00D96E9D" w:rsidRDefault="00000000">
            <w:r>
              <w:rPr>
                <w:sz w:val="20"/>
              </w:rPr>
              <w:t>Validation</w:t>
            </w:r>
          </w:p>
        </w:tc>
        <w:tc>
          <w:tcPr>
            <w:tcW w:w="4320" w:type="dxa"/>
          </w:tcPr>
          <w:p w14:paraId="54A48668" w14:textId="77777777" w:rsidR="00D96E9D" w:rsidRDefault="00000000">
            <w:r>
              <w:rPr>
                <w:sz w:val="20"/>
              </w:rPr>
              <w:t>Enable/disable validation rules</w:t>
            </w:r>
          </w:p>
        </w:tc>
      </w:tr>
    </w:tbl>
    <w:p w14:paraId="137889A7" w14:textId="77777777" w:rsidR="00D96E9D" w:rsidRDefault="00000000">
      <w:r>
        <w:t>__________________________________________________</w:t>
      </w:r>
    </w:p>
    <w:p w14:paraId="12457FAC" w14:textId="77777777" w:rsidR="00D96E9D" w:rsidRDefault="00000000">
      <w:pPr>
        <w:pStyle w:val="Heading1"/>
        <w:spacing w:before="360" w:after="120"/>
      </w:pPr>
      <w:r>
        <w:rPr>
          <w:rFonts w:ascii="Calibri" w:hAnsi="Calibri"/>
          <w:color w:val="003366"/>
          <w:sz w:val="36"/>
        </w:rPr>
        <w:t>16. Troubleshooting</w:t>
      </w:r>
    </w:p>
    <w:p w14:paraId="0F3F9F36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Common Issues</w:t>
      </w:r>
    </w:p>
    <w:p w14:paraId="16CB9729" w14:textId="77777777" w:rsidR="00D96E9D" w:rsidRDefault="00000000">
      <w:r>
        <w:t>Cannot log in:</w:t>
      </w:r>
    </w:p>
    <w:p w14:paraId="1B72D0BF" w14:textId="77777777" w:rsidR="00D96E9D" w:rsidRDefault="00000000">
      <w:pPr>
        <w:pStyle w:val="ListBullet"/>
      </w:pPr>
      <w:r>
        <w:t>Verify your email address is correct</w:t>
      </w:r>
    </w:p>
    <w:p w14:paraId="1EBEE27D" w14:textId="77777777" w:rsidR="00D96E9D" w:rsidRDefault="00000000">
      <w:pPr>
        <w:pStyle w:val="ListBullet"/>
      </w:pPr>
      <w:r>
        <w:t>Check caps lock is off</w:t>
      </w:r>
    </w:p>
    <w:p w14:paraId="1C03AA9B" w14:textId="77777777" w:rsidR="00D96E9D" w:rsidRDefault="00000000">
      <w:pPr>
        <w:pStyle w:val="ListBullet"/>
      </w:pPr>
      <w:r>
        <w:t>Clear browser cache and cookies</w:t>
      </w:r>
    </w:p>
    <w:p w14:paraId="53B4C3F0" w14:textId="77777777" w:rsidR="00D96E9D" w:rsidRDefault="00000000">
      <w:pPr>
        <w:pStyle w:val="ListBullet"/>
      </w:pPr>
      <w:r>
        <w:t>Try a different browser</w:t>
      </w:r>
    </w:p>
    <w:p w14:paraId="58CDC0E7" w14:textId="77777777" w:rsidR="00D96E9D" w:rsidRDefault="00000000">
      <w:pPr>
        <w:pStyle w:val="ListBullet"/>
      </w:pPr>
      <w:r>
        <w:t>Contact administrator for password reset</w:t>
      </w:r>
    </w:p>
    <w:p w14:paraId="686E3B47" w14:textId="77777777" w:rsidR="00D96E9D" w:rsidRDefault="00000000">
      <w:r>
        <w:t>Project not loading:</w:t>
      </w:r>
    </w:p>
    <w:p w14:paraId="67E4F911" w14:textId="77777777" w:rsidR="00D96E9D" w:rsidRDefault="00000000">
      <w:pPr>
        <w:pStyle w:val="ListBullet"/>
      </w:pPr>
      <w:r>
        <w:t>Refresh the page (F5 or Ctrl+R)</w:t>
      </w:r>
    </w:p>
    <w:p w14:paraId="5633FF0E" w14:textId="77777777" w:rsidR="00D96E9D" w:rsidRDefault="00000000">
      <w:pPr>
        <w:pStyle w:val="ListBullet"/>
      </w:pPr>
      <w:r>
        <w:t>Check your internet connection</w:t>
      </w:r>
    </w:p>
    <w:p w14:paraId="23CC9BEC" w14:textId="77777777" w:rsidR="00D96E9D" w:rsidRDefault="00000000">
      <w:pPr>
        <w:pStyle w:val="ListBullet"/>
      </w:pPr>
      <w:r>
        <w:t>Try logging out and back in</w:t>
      </w:r>
    </w:p>
    <w:p w14:paraId="7B866C6C" w14:textId="77777777" w:rsidR="00D96E9D" w:rsidRDefault="00000000">
      <w:pPr>
        <w:pStyle w:val="ListBullet"/>
      </w:pPr>
      <w:r>
        <w:lastRenderedPageBreak/>
        <w:t>Clear browser cache</w:t>
      </w:r>
    </w:p>
    <w:p w14:paraId="6EFA5435" w14:textId="77777777" w:rsidR="00D96E9D" w:rsidRDefault="00000000">
      <w:r>
        <w:t>Document processing stuck:</w:t>
      </w:r>
    </w:p>
    <w:p w14:paraId="147D6187" w14:textId="77777777" w:rsidR="00D96E9D" w:rsidRDefault="00000000">
      <w:pPr>
        <w:pStyle w:val="ListBullet"/>
      </w:pPr>
      <w:r>
        <w:t>Check file size (max 50MB recommended)</w:t>
      </w:r>
    </w:p>
    <w:p w14:paraId="29133DA7" w14:textId="77777777" w:rsidR="00D96E9D" w:rsidRDefault="00000000">
      <w:pPr>
        <w:pStyle w:val="ListBullet"/>
      </w:pPr>
      <w:r>
        <w:t>Verify file format is supported</w:t>
      </w:r>
    </w:p>
    <w:p w14:paraId="6230FFB1" w14:textId="77777777" w:rsidR="00D96E9D" w:rsidRDefault="00000000">
      <w:pPr>
        <w:pStyle w:val="ListBullet"/>
      </w:pPr>
      <w:r>
        <w:t>Check for corrupted files</w:t>
      </w:r>
    </w:p>
    <w:p w14:paraId="0CCE02D8" w14:textId="77777777" w:rsidR="00D96E9D" w:rsidRDefault="00000000">
      <w:pPr>
        <w:pStyle w:val="ListBullet"/>
      </w:pPr>
      <w:r>
        <w:t>View processing logs for errors</w:t>
      </w:r>
    </w:p>
    <w:p w14:paraId="564FCE44" w14:textId="77777777" w:rsidR="00D96E9D" w:rsidRDefault="00000000">
      <w:pPr>
        <w:pStyle w:val="ListBullet"/>
      </w:pPr>
      <w:r>
        <w:t>Contact administrator if persistent</w:t>
      </w:r>
    </w:p>
    <w:p w14:paraId="4EA8F094" w14:textId="77777777" w:rsidR="00D96E9D" w:rsidRDefault="00000000">
      <w:r>
        <w:t>Graphs not rendering:</w:t>
      </w:r>
    </w:p>
    <w:p w14:paraId="42222A7E" w14:textId="77777777" w:rsidR="00D96E9D" w:rsidRDefault="00000000">
      <w:pPr>
        <w:pStyle w:val="ListBullet"/>
      </w:pPr>
      <w:r>
        <w:t>Enable JavaScript in your browser</w:t>
      </w:r>
    </w:p>
    <w:p w14:paraId="33C4FD9D" w14:textId="77777777" w:rsidR="00D96E9D" w:rsidRDefault="00000000">
      <w:pPr>
        <w:pStyle w:val="ListBullet"/>
      </w:pPr>
      <w:r>
        <w:t>Update your browser to the latest version</w:t>
      </w:r>
    </w:p>
    <w:p w14:paraId="274241B5" w14:textId="77777777" w:rsidR="00D96E9D" w:rsidRDefault="00000000">
      <w:pPr>
        <w:pStyle w:val="ListBullet"/>
      </w:pPr>
      <w:r>
        <w:t>Try reducing the number of displayed nodes</w:t>
      </w:r>
    </w:p>
    <w:p w14:paraId="33DF9625" w14:textId="77777777" w:rsidR="00D96E9D" w:rsidRDefault="00000000">
      <w:pPr>
        <w:pStyle w:val="ListBullet"/>
      </w:pPr>
      <w:r>
        <w:t>Check for browser console errors</w:t>
      </w:r>
    </w:p>
    <w:p w14:paraId="238FD7AB" w14:textId="77777777" w:rsidR="00D96E9D" w:rsidRDefault="00000000">
      <w:r>
        <w:t>Slow performance:</w:t>
      </w:r>
    </w:p>
    <w:p w14:paraId="605186DF" w14:textId="77777777" w:rsidR="00D96E9D" w:rsidRDefault="00000000">
      <w:pPr>
        <w:pStyle w:val="ListBullet"/>
      </w:pPr>
      <w:r>
        <w:t>Reduce graph complexity (filter nodes)</w:t>
      </w:r>
    </w:p>
    <w:p w14:paraId="32B00B5A" w14:textId="77777777" w:rsidR="00D96E9D" w:rsidRDefault="00000000">
      <w:pPr>
        <w:pStyle w:val="ListBullet"/>
      </w:pPr>
      <w:r>
        <w:t>Close unused browser tabs</w:t>
      </w:r>
    </w:p>
    <w:p w14:paraId="26B05C94" w14:textId="77777777" w:rsidR="00D96E9D" w:rsidRDefault="00000000">
      <w:pPr>
        <w:pStyle w:val="ListBullet"/>
      </w:pPr>
      <w:r>
        <w:t>Use Chrome for best performance</w:t>
      </w:r>
    </w:p>
    <w:p w14:paraId="56DC6E49" w14:textId="77777777" w:rsidR="00D96E9D" w:rsidRDefault="00000000">
      <w:pPr>
        <w:pStyle w:val="ListBullet"/>
      </w:pPr>
      <w:r>
        <w:t>Check network connection speed</w:t>
      </w:r>
    </w:p>
    <w:p w14:paraId="617FBC29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Getting Help</w:t>
      </w:r>
    </w:p>
    <w:p w14:paraId="7C626255" w14:textId="77777777" w:rsidR="00D96E9D" w:rsidRDefault="00000000">
      <w:r>
        <w:t>Support Resources:</w:t>
      </w:r>
    </w:p>
    <w:p w14:paraId="6563573B" w14:textId="77777777" w:rsidR="00D96E9D" w:rsidRDefault="00000000">
      <w:pPr>
        <w:pStyle w:val="ListBullet"/>
      </w:pPr>
      <w:r>
        <w:t>In-app help: Click the ? icon</w:t>
      </w:r>
    </w:p>
    <w:p w14:paraId="2F16521E" w14:textId="77777777" w:rsidR="00D96E9D" w:rsidRDefault="00000000">
      <w:pPr>
        <w:pStyle w:val="ListBullet"/>
      </w:pPr>
      <w:r>
        <w:t>Documentation: /docs folder</w:t>
      </w:r>
    </w:p>
    <w:p w14:paraId="06592105" w14:textId="77777777" w:rsidR="00D96E9D" w:rsidRDefault="00000000">
      <w:pPr>
        <w:pStyle w:val="ListBullet"/>
      </w:pPr>
      <w:r>
        <w:t>Email: support@wti-solutions.com</w:t>
      </w:r>
    </w:p>
    <w:p w14:paraId="2454614F" w14:textId="77777777" w:rsidR="00D96E9D" w:rsidRDefault="00000000">
      <w:pPr>
        <w:pStyle w:val="ListBullet"/>
      </w:pPr>
      <w:r>
        <w:t>GitHub Issues: Report bugs and feature requests</w:t>
      </w:r>
    </w:p>
    <w:p w14:paraId="5425D8C8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Keyboard Shortcuts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15"/>
        <w:gridCol w:w="4315"/>
      </w:tblGrid>
      <w:tr w:rsidR="00D96E9D" w14:paraId="4BA9E721" w14:textId="77777777">
        <w:trPr>
          <w:jc w:val="center"/>
        </w:trPr>
        <w:tc>
          <w:tcPr>
            <w:tcW w:w="4320" w:type="dxa"/>
            <w:shd w:val="clear" w:color="auto" w:fill="003366"/>
          </w:tcPr>
          <w:p w14:paraId="4AFA5CA1" w14:textId="77777777" w:rsidR="00D96E9D" w:rsidRDefault="00000000">
            <w:r>
              <w:rPr>
                <w:b/>
                <w:color w:val="FFFFFF"/>
                <w:sz w:val="20"/>
              </w:rPr>
              <w:t>Shortcut</w:t>
            </w:r>
          </w:p>
        </w:tc>
        <w:tc>
          <w:tcPr>
            <w:tcW w:w="4320" w:type="dxa"/>
            <w:shd w:val="clear" w:color="auto" w:fill="003366"/>
          </w:tcPr>
          <w:p w14:paraId="01C05C84" w14:textId="77777777" w:rsidR="00D96E9D" w:rsidRDefault="00000000">
            <w:r>
              <w:rPr>
                <w:b/>
                <w:color w:val="FFFFFF"/>
                <w:sz w:val="20"/>
              </w:rPr>
              <w:t>Action</w:t>
            </w:r>
          </w:p>
        </w:tc>
      </w:tr>
      <w:tr w:rsidR="00D96E9D" w14:paraId="6B37E83B" w14:textId="77777777">
        <w:trPr>
          <w:jc w:val="center"/>
        </w:trPr>
        <w:tc>
          <w:tcPr>
            <w:tcW w:w="4320" w:type="dxa"/>
          </w:tcPr>
          <w:p w14:paraId="5014B927" w14:textId="77777777" w:rsidR="00D96E9D" w:rsidRDefault="00000000">
            <w:r>
              <w:rPr>
                <w:sz w:val="20"/>
              </w:rPr>
              <w:t>Ctrl + S</w:t>
            </w:r>
          </w:p>
        </w:tc>
        <w:tc>
          <w:tcPr>
            <w:tcW w:w="4320" w:type="dxa"/>
          </w:tcPr>
          <w:p w14:paraId="460FE7AE" w14:textId="77777777" w:rsidR="00D96E9D" w:rsidRDefault="00000000">
            <w:r>
              <w:rPr>
                <w:sz w:val="20"/>
              </w:rPr>
              <w:t>Save current work</w:t>
            </w:r>
          </w:p>
        </w:tc>
      </w:tr>
      <w:tr w:rsidR="00D96E9D" w14:paraId="062947A8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5AD52075" w14:textId="77777777" w:rsidR="00D96E9D" w:rsidRDefault="00000000">
            <w:r>
              <w:rPr>
                <w:sz w:val="20"/>
              </w:rPr>
              <w:t>Ctrl + Z</w:t>
            </w:r>
          </w:p>
        </w:tc>
        <w:tc>
          <w:tcPr>
            <w:tcW w:w="4320" w:type="dxa"/>
            <w:shd w:val="clear" w:color="auto" w:fill="F2F2F2"/>
          </w:tcPr>
          <w:p w14:paraId="3D4B2077" w14:textId="77777777" w:rsidR="00D96E9D" w:rsidRDefault="00000000">
            <w:r>
              <w:rPr>
                <w:sz w:val="20"/>
              </w:rPr>
              <w:t>Undo last action</w:t>
            </w:r>
          </w:p>
        </w:tc>
      </w:tr>
      <w:tr w:rsidR="00D96E9D" w14:paraId="7814D2E0" w14:textId="77777777">
        <w:trPr>
          <w:jc w:val="center"/>
        </w:trPr>
        <w:tc>
          <w:tcPr>
            <w:tcW w:w="4320" w:type="dxa"/>
          </w:tcPr>
          <w:p w14:paraId="78AEA403" w14:textId="77777777" w:rsidR="00D96E9D" w:rsidRDefault="00000000">
            <w:r>
              <w:rPr>
                <w:sz w:val="20"/>
              </w:rPr>
              <w:t>Ctrl + Y</w:t>
            </w:r>
          </w:p>
        </w:tc>
        <w:tc>
          <w:tcPr>
            <w:tcW w:w="4320" w:type="dxa"/>
          </w:tcPr>
          <w:p w14:paraId="5ED6F8D4" w14:textId="77777777" w:rsidR="00D96E9D" w:rsidRDefault="00000000">
            <w:r>
              <w:rPr>
                <w:sz w:val="20"/>
              </w:rPr>
              <w:t>Redo last action</w:t>
            </w:r>
          </w:p>
        </w:tc>
      </w:tr>
      <w:tr w:rsidR="00D96E9D" w14:paraId="296E11B7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51EAD0DD" w14:textId="77777777" w:rsidR="00D96E9D" w:rsidRDefault="00000000">
            <w:r>
              <w:rPr>
                <w:sz w:val="20"/>
              </w:rPr>
              <w:t>Ctrl + F</w:t>
            </w:r>
          </w:p>
        </w:tc>
        <w:tc>
          <w:tcPr>
            <w:tcW w:w="4320" w:type="dxa"/>
            <w:shd w:val="clear" w:color="auto" w:fill="F2F2F2"/>
          </w:tcPr>
          <w:p w14:paraId="385B80EF" w14:textId="77777777" w:rsidR="00D96E9D" w:rsidRDefault="00000000">
            <w:r>
              <w:rPr>
                <w:sz w:val="20"/>
              </w:rPr>
              <w:t>Search in current view</w:t>
            </w:r>
          </w:p>
        </w:tc>
      </w:tr>
      <w:tr w:rsidR="00D96E9D" w14:paraId="0E828D67" w14:textId="77777777">
        <w:trPr>
          <w:jc w:val="center"/>
        </w:trPr>
        <w:tc>
          <w:tcPr>
            <w:tcW w:w="4320" w:type="dxa"/>
          </w:tcPr>
          <w:p w14:paraId="7EAA587E" w14:textId="77777777" w:rsidR="00D96E9D" w:rsidRDefault="00000000">
            <w:r>
              <w:rPr>
                <w:sz w:val="20"/>
              </w:rPr>
              <w:t>Esc</w:t>
            </w:r>
          </w:p>
        </w:tc>
        <w:tc>
          <w:tcPr>
            <w:tcW w:w="4320" w:type="dxa"/>
          </w:tcPr>
          <w:p w14:paraId="6811D0C2" w14:textId="77777777" w:rsidR="00D96E9D" w:rsidRDefault="00000000">
            <w:r>
              <w:rPr>
                <w:sz w:val="20"/>
              </w:rPr>
              <w:t>Close dialogs/modals</w:t>
            </w:r>
          </w:p>
        </w:tc>
      </w:tr>
      <w:tr w:rsidR="00D96E9D" w14:paraId="42935F6A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4177639D" w14:textId="77777777" w:rsidR="00D96E9D" w:rsidRDefault="00000000">
            <w:r>
              <w:rPr>
                <w:sz w:val="20"/>
              </w:rPr>
              <w:t>?</w:t>
            </w:r>
          </w:p>
        </w:tc>
        <w:tc>
          <w:tcPr>
            <w:tcW w:w="4320" w:type="dxa"/>
            <w:shd w:val="clear" w:color="auto" w:fill="F2F2F2"/>
          </w:tcPr>
          <w:p w14:paraId="1C35448C" w14:textId="77777777" w:rsidR="00D96E9D" w:rsidRDefault="00000000">
            <w:r>
              <w:rPr>
                <w:sz w:val="20"/>
              </w:rPr>
              <w:t>Show keyboard shortcuts</w:t>
            </w:r>
          </w:p>
        </w:tc>
      </w:tr>
      <w:tr w:rsidR="00D96E9D" w14:paraId="5C231F5F" w14:textId="77777777">
        <w:trPr>
          <w:jc w:val="center"/>
        </w:trPr>
        <w:tc>
          <w:tcPr>
            <w:tcW w:w="4320" w:type="dxa"/>
          </w:tcPr>
          <w:p w14:paraId="2AC033F6" w14:textId="77777777" w:rsidR="00D96E9D" w:rsidRDefault="00000000">
            <w:r>
              <w:rPr>
                <w:sz w:val="20"/>
              </w:rPr>
              <w:t>Ctrl + /</w:t>
            </w:r>
          </w:p>
        </w:tc>
        <w:tc>
          <w:tcPr>
            <w:tcW w:w="4320" w:type="dxa"/>
          </w:tcPr>
          <w:p w14:paraId="2A961EAA" w14:textId="77777777" w:rsidR="00D96E9D" w:rsidRDefault="00000000">
            <w:r>
              <w:rPr>
                <w:sz w:val="20"/>
              </w:rPr>
              <w:t>Toggle sidebar</w:t>
            </w:r>
          </w:p>
        </w:tc>
      </w:tr>
    </w:tbl>
    <w:p w14:paraId="4A776185" w14:textId="77777777" w:rsidR="00D96E9D" w:rsidRDefault="00000000">
      <w:r>
        <w:t>__________________________________________________</w:t>
      </w:r>
    </w:p>
    <w:p w14:paraId="60E4F545" w14:textId="77777777" w:rsidR="00D96E9D" w:rsidRDefault="00000000">
      <w:pPr>
        <w:pStyle w:val="Heading1"/>
        <w:spacing w:before="360" w:after="120"/>
      </w:pPr>
      <w:r>
        <w:rPr>
          <w:rFonts w:ascii="Calibri" w:hAnsi="Calibri"/>
          <w:color w:val="003366"/>
          <w:sz w:val="36"/>
        </w:rPr>
        <w:lastRenderedPageBreak/>
        <w:t>Quick Reference Card</w:t>
      </w:r>
    </w:p>
    <w:p w14:paraId="4AA23C9F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Navigation</w:t>
      </w:r>
    </w:p>
    <w:p w14:paraId="4CFC7076" w14:textId="77777777" w:rsidR="00D96E9D" w:rsidRDefault="00000000">
      <w:pPr>
        <w:pStyle w:val="ListBullet"/>
      </w:pPr>
      <w:r>
        <w:t>Dashboard: Click Home or user menu → Dashboard</w:t>
      </w:r>
    </w:p>
    <w:p w14:paraId="0B732A66" w14:textId="77777777" w:rsidR="00D96E9D" w:rsidRDefault="00000000">
      <w:pPr>
        <w:pStyle w:val="ListBullet"/>
      </w:pPr>
      <w:r>
        <w:t>Switch Projects: Use Select Project dropdown (available everywhere)</w:t>
      </w:r>
    </w:p>
    <w:p w14:paraId="5C2E4220" w14:textId="77777777" w:rsidR="00D96E9D" w:rsidRDefault="00000000">
      <w:pPr>
        <w:pStyle w:val="ListBullet"/>
      </w:pPr>
      <w:r>
        <w:t>Collapse Sidebar: Click hamburger menu</w:t>
      </w:r>
    </w:p>
    <w:p w14:paraId="75ABB2DE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Projects</w:t>
      </w:r>
    </w:p>
    <w:p w14:paraId="56F9E868" w14:textId="77777777" w:rsidR="00D96E9D" w:rsidRDefault="00000000">
      <w:pPr>
        <w:pStyle w:val="ListBullet"/>
      </w:pPr>
      <w:r>
        <w:t>Create: Dashboard → + Create Project</w:t>
      </w:r>
    </w:p>
    <w:p w14:paraId="4C55BE10" w14:textId="77777777" w:rsidR="00D96E9D" w:rsidRDefault="00000000">
      <w:pPr>
        <w:pStyle w:val="ListBullet"/>
      </w:pPr>
      <w:r>
        <w:t>Open: Click tile → Open Project, OR Select Project dropdown</w:t>
      </w:r>
    </w:p>
    <w:p w14:paraId="10695551" w14:textId="77777777" w:rsidR="00D96E9D" w:rsidRDefault="00000000">
      <w:pPr>
        <w:pStyle w:val="ListBullet"/>
      </w:pPr>
      <w:r>
        <w:t>Search: Use search bar (real-time filtering)</w:t>
      </w:r>
    </w:p>
    <w:p w14:paraId="33FAAE50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Ontologies</w:t>
      </w:r>
    </w:p>
    <w:p w14:paraId="32FDFB25" w14:textId="77777777" w:rsidR="00D96E9D" w:rsidRDefault="00000000">
      <w:pPr>
        <w:pStyle w:val="ListBullet"/>
      </w:pPr>
      <w:r>
        <w:t>Create: Inside project → + Create Ontology</w:t>
      </w:r>
    </w:p>
    <w:p w14:paraId="54988A3D" w14:textId="77777777" w:rsidR="00D96E9D" w:rsidRDefault="00000000">
      <w:pPr>
        <w:pStyle w:val="ListBullet"/>
      </w:pPr>
      <w:r>
        <w:t>Upload Docs: Drag &amp; drop or click upload</w:t>
      </w:r>
    </w:p>
    <w:p w14:paraId="7AFC3128" w14:textId="77777777" w:rsidR="00D96E9D" w:rsidRDefault="00000000">
      <w:pPr>
        <w:pStyle w:val="ListBullet"/>
      </w:pPr>
      <w:r>
        <w:t>View Graph: Select ontology → Graph tab</w:t>
      </w:r>
    </w:p>
    <w:p w14:paraId="37F6B40F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Views</w:t>
      </w:r>
    </w:p>
    <w:p w14:paraId="0E6665EA" w14:textId="77777777" w:rsidR="00D96E9D" w:rsidRDefault="00000000">
      <w:pPr>
        <w:pStyle w:val="ListBullet"/>
      </w:pPr>
      <w:r>
        <w:t>Tile/List: Toggle buttons above content</w:t>
      </w:r>
    </w:p>
    <w:p w14:paraId="096079E8" w14:textId="77777777" w:rsidR="00D96E9D" w:rsidRDefault="00000000">
      <w:pPr>
        <w:pStyle w:val="ListBullet"/>
      </w:pPr>
      <w:r>
        <w:t>Dark/Light Mode: User menu → Theme toggle</w:t>
      </w:r>
    </w:p>
    <w:p w14:paraId="55318016" w14:textId="77777777" w:rsidR="00D96E9D" w:rsidRDefault="00000000">
      <w:r>
        <w:t>__________________________________________________</w:t>
      </w:r>
    </w:p>
    <w:p w14:paraId="670BBEC8" w14:textId="77777777" w:rsidR="00D96E9D" w:rsidRDefault="00000000">
      <w:pPr>
        <w:pStyle w:val="Heading1"/>
        <w:spacing w:before="360" w:after="120"/>
      </w:pPr>
      <w:r>
        <w:rPr>
          <w:rFonts w:ascii="Calibri" w:hAnsi="Calibri"/>
          <w:color w:val="003366"/>
          <w:sz w:val="36"/>
        </w:rPr>
        <w:t>Appendix A: Glossary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15"/>
        <w:gridCol w:w="4315"/>
      </w:tblGrid>
      <w:tr w:rsidR="00D96E9D" w14:paraId="67C93448" w14:textId="77777777">
        <w:trPr>
          <w:jc w:val="center"/>
        </w:trPr>
        <w:tc>
          <w:tcPr>
            <w:tcW w:w="4320" w:type="dxa"/>
            <w:shd w:val="clear" w:color="auto" w:fill="003366"/>
          </w:tcPr>
          <w:p w14:paraId="48A2E2FC" w14:textId="77777777" w:rsidR="00D96E9D" w:rsidRDefault="00000000">
            <w:r>
              <w:rPr>
                <w:b/>
                <w:color w:val="FFFFFF"/>
                <w:sz w:val="20"/>
              </w:rPr>
              <w:t>Term</w:t>
            </w:r>
          </w:p>
        </w:tc>
        <w:tc>
          <w:tcPr>
            <w:tcW w:w="4320" w:type="dxa"/>
            <w:shd w:val="clear" w:color="auto" w:fill="003366"/>
          </w:tcPr>
          <w:p w14:paraId="2BEABFB4" w14:textId="77777777" w:rsidR="00D96E9D" w:rsidRDefault="00000000">
            <w:r>
              <w:rPr>
                <w:b/>
                <w:color w:val="FFFFFF"/>
                <w:sz w:val="20"/>
              </w:rPr>
              <w:t>Definition</w:t>
            </w:r>
          </w:p>
        </w:tc>
      </w:tr>
      <w:tr w:rsidR="00D96E9D" w14:paraId="305A3D7B" w14:textId="77777777">
        <w:trPr>
          <w:jc w:val="center"/>
        </w:trPr>
        <w:tc>
          <w:tcPr>
            <w:tcW w:w="4320" w:type="dxa"/>
          </w:tcPr>
          <w:p w14:paraId="2CE78A78" w14:textId="77777777" w:rsidR="00D96E9D" w:rsidRDefault="00000000">
            <w:r>
              <w:rPr>
                <w:sz w:val="20"/>
              </w:rPr>
              <w:t>Ontology</w:t>
            </w:r>
          </w:p>
        </w:tc>
        <w:tc>
          <w:tcPr>
            <w:tcW w:w="4320" w:type="dxa"/>
          </w:tcPr>
          <w:p w14:paraId="49B7EF0A" w14:textId="77777777" w:rsidR="00D96E9D" w:rsidRDefault="00000000">
            <w:r>
              <w:rPr>
                <w:sz w:val="20"/>
              </w:rPr>
              <w:t>Formal representation of knowledge as concepts and relationships</w:t>
            </w:r>
          </w:p>
        </w:tc>
      </w:tr>
      <w:tr w:rsidR="00D96E9D" w14:paraId="7B14BFFD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10F57246" w14:textId="77777777" w:rsidR="00D96E9D" w:rsidRDefault="00000000">
            <w:r>
              <w:rPr>
                <w:sz w:val="20"/>
              </w:rPr>
              <w:t>Entity</w:t>
            </w:r>
          </w:p>
        </w:tc>
        <w:tc>
          <w:tcPr>
            <w:tcW w:w="4320" w:type="dxa"/>
            <w:shd w:val="clear" w:color="auto" w:fill="F2F2F2"/>
          </w:tcPr>
          <w:p w14:paraId="332DB20F" w14:textId="77777777" w:rsidR="00D96E9D" w:rsidRDefault="00000000">
            <w:r>
              <w:rPr>
                <w:sz w:val="20"/>
              </w:rPr>
              <w:t>A distinct object, concept, or thing in the domain</w:t>
            </w:r>
          </w:p>
        </w:tc>
      </w:tr>
      <w:tr w:rsidR="00D96E9D" w14:paraId="5307131F" w14:textId="77777777">
        <w:trPr>
          <w:jc w:val="center"/>
        </w:trPr>
        <w:tc>
          <w:tcPr>
            <w:tcW w:w="4320" w:type="dxa"/>
          </w:tcPr>
          <w:p w14:paraId="6616453E" w14:textId="77777777" w:rsidR="00D96E9D" w:rsidRDefault="00000000">
            <w:r>
              <w:rPr>
                <w:sz w:val="20"/>
              </w:rPr>
              <w:t>Triple</w:t>
            </w:r>
          </w:p>
        </w:tc>
        <w:tc>
          <w:tcPr>
            <w:tcW w:w="4320" w:type="dxa"/>
          </w:tcPr>
          <w:p w14:paraId="7F6B50C8" w14:textId="77777777" w:rsidR="00D96E9D" w:rsidRDefault="00000000">
            <w:r>
              <w:rPr>
                <w:sz w:val="20"/>
              </w:rPr>
              <w:t>Subject-predicate-object statement (e.g., "Cat is-a Animal")</w:t>
            </w:r>
          </w:p>
        </w:tc>
      </w:tr>
      <w:tr w:rsidR="00D96E9D" w14:paraId="556733AD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51757FE0" w14:textId="77777777" w:rsidR="00D96E9D" w:rsidRDefault="00000000">
            <w:r>
              <w:rPr>
                <w:sz w:val="20"/>
              </w:rPr>
              <w:t>Class</w:t>
            </w:r>
          </w:p>
        </w:tc>
        <w:tc>
          <w:tcPr>
            <w:tcW w:w="4320" w:type="dxa"/>
            <w:shd w:val="clear" w:color="auto" w:fill="F2F2F2"/>
          </w:tcPr>
          <w:p w14:paraId="23B798A2" w14:textId="77777777" w:rsidR="00D96E9D" w:rsidRDefault="00000000">
            <w:r>
              <w:rPr>
                <w:sz w:val="20"/>
              </w:rPr>
              <w:t>A category or type of entity</w:t>
            </w:r>
          </w:p>
        </w:tc>
      </w:tr>
      <w:tr w:rsidR="00D96E9D" w14:paraId="471C7AF7" w14:textId="77777777">
        <w:trPr>
          <w:jc w:val="center"/>
        </w:trPr>
        <w:tc>
          <w:tcPr>
            <w:tcW w:w="4320" w:type="dxa"/>
          </w:tcPr>
          <w:p w14:paraId="73364FDB" w14:textId="77777777" w:rsidR="00D96E9D" w:rsidRDefault="00000000">
            <w:r>
              <w:rPr>
                <w:sz w:val="20"/>
              </w:rPr>
              <w:t>Property</w:t>
            </w:r>
          </w:p>
        </w:tc>
        <w:tc>
          <w:tcPr>
            <w:tcW w:w="4320" w:type="dxa"/>
          </w:tcPr>
          <w:p w14:paraId="05A286DD" w14:textId="77777777" w:rsidR="00D96E9D" w:rsidRDefault="00000000">
            <w:r>
              <w:rPr>
                <w:sz w:val="20"/>
              </w:rPr>
              <w:t>A relationship or attribute</w:t>
            </w:r>
          </w:p>
        </w:tc>
      </w:tr>
      <w:tr w:rsidR="00D96E9D" w14:paraId="1C31056F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2AA635CA" w14:textId="77777777" w:rsidR="00D96E9D" w:rsidRDefault="00000000">
            <w:r>
              <w:rPr>
                <w:sz w:val="20"/>
              </w:rPr>
              <w:t>BFO</w:t>
            </w:r>
          </w:p>
        </w:tc>
        <w:tc>
          <w:tcPr>
            <w:tcW w:w="4320" w:type="dxa"/>
            <w:shd w:val="clear" w:color="auto" w:fill="F2F2F2"/>
          </w:tcPr>
          <w:p w14:paraId="456A5AFA" w14:textId="77777777" w:rsidR="00D96E9D" w:rsidRDefault="00000000">
            <w:r>
              <w:rPr>
                <w:sz w:val="20"/>
              </w:rPr>
              <w:t>Basic Formal Ontology - upper-level ontology standard</w:t>
            </w:r>
          </w:p>
        </w:tc>
      </w:tr>
      <w:tr w:rsidR="00D96E9D" w14:paraId="4488E867" w14:textId="77777777">
        <w:trPr>
          <w:jc w:val="center"/>
        </w:trPr>
        <w:tc>
          <w:tcPr>
            <w:tcW w:w="4320" w:type="dxa"/>
          </w:tcPr>
          <w:p w14:paraId="1FAA3A49" w14:textId="77777777" w:rsidR="00D96E9D" w:rsidRDefault="00000000">
            <w:r>
              <w:rPr>
                <w:sz w:val="20"/>
              </w:rPr>
              <w:t>CCO</w:t>
            </w:r>
          </w:p>
        </w:tc>
        <w:tc>
          <w:tcPr>
            <w:tcW w:w="4320" w:type="dxa"/>
          </w:tcPr>
          <w:p w14:paraId="608AB685" w14:textId="77777777" w:rsidR="00D96E9D" w:rsidRDefault="00000000">
            <w:r>
              <w:rPr>
                <w:sz w:val="20"/>
              </w:rPr>
              <w:t>Common Core Ontologies - mid-level ontology suite</w:t>
            </w:r>
          </w:p>
        </w:tc>
      </w:tr>
      <w:tr w:rsidR="00D96E9D" w14:paraId="16926078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53489A53" w14:textId="77777777" w:rsidR="00D96E9D" w:rsidRDefault="00000000">
            <w:r>
              <w:rPr>
                <w:sz w:val="20"/>
              </w:rPr>
              <w:t>SPARQL</w:t>
            </w:r>
          </w:p>
        </w:tc>
        <w:tc>
          <w:tcPr>
            <w:tcW w:w="4320" w:type="dxa"/>
            <w:shd w:val="clear" w:color="auto" w:fill="F2F2F2"/>
          </w:tcPr>
          <w:p w14:paraId="23553301" w14:textId="77777777" w:rsidR="00D96E9D" w:rsidRDefault="00000000">
            <w:r>
              <w:rPr>
                <w:sz w:val="20"/>
              </w:rPr>
              <w:t>Query language for RDF data</w:t>
            </w:r>
          </w:p>
        </w:tc>
      </w:tr>
      <w:tr w:rsidR="00D96E9D" w14:paraId="776886C8" w14:textId="77777777">
        <w:trPr>
          <w:jc w:val="center"/>
        </w:trPr>
        <w:tc>
          <w:tcPr>
            <w:tcW w:w="4320" w:type="dxa"/>
          </w:tcPr>
          <w:p w14:paraId="088B8A6D" w14:textId="77777777" w:rsidR="00D96E9D" w:rsidRDefault="00000000">
            <w:r>
              <w:rPr>
                <w:sz w:val="20"/>
              </w:rPr>
              <w:t>OWL</w:t>
            </w:r>
          </w:p>
        </w:tc>
        <w:tc>
          <w:tcPr>
            <w:tcW w:w="4320" w:type="dxa"/>
          </w:tcPr>
          <w:p w14:paraId="6C4A3F3A" w14:textId="77777777" w:rsidR="00D96E9D" w:rsidRDefault="00000000">
            <w:r>
              <w:rPr>
                <w:sz w:val="20"/>
              </w:rPr>
              <w:t>Web Ontology Language - W3C standard</w:t>
            </w:r>
          </w:p>
        </w:tc>
      </w:tr>
      <w:tr w:rsidR="00D96E9D" w14:paraId="7961B63B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0007AA76" w14:textId="77777777" w:rsidR="00D96E9D" w:rsidRDefault="00000000">
            <w:r>
              <w:rPr>
                <w:sz w:val="20"/>
              </w:rPr>
              <w:t>RDF</w:t>
            </w:r>
          </w:p>
        </w:tc>
        <w:tc>
          <w:tcPr>
            <w:tcW w:w="4320" w:type="dxa"/>
            <w:shd w:val="clear" w:color="auto" w:fill="F2F2F2"/>
          </w:tcPr>
          <w:p w14:paraId="41231176" w14:textId="77777777" w:rsidR="00D96E9D" w:rsidRDefault="00000000">
            <w:r>
              <w:rPr>
                <w:sz w:val="20"/>
              </w:rPr>
              <w:t>Resource Description Framework - data model</w:t>
            </w:r>
          </w:p>
        </w:tc>
      </w:tr>
      <w:tr w:rsidR="00D96E9D" w14:paraId="48628987" w14:textId="77777777">
        <w:trPr>
          <w:jc w:val="center"/>
        </w:trPr>
        <w:tc>
          <w:tcPr>
            <w:tcW w:w="4320" w:type="dxa"/>
          </w:tcPr>
          <w:p w14:paraId="3498DF29" w14:textId="77777777" w:rsidR="00D96E9D" w:rsidRDefault="00000000">
            <w:r>
              <w:rPr>
                <w:sz w:val="20"/>
              </w:rPr>
              <w:t>URI</w:t>
            </w:r>
          </w:p>
        </w:tc>
        <w:tc>
          <w:tcPr>
            <w:tcW w:w="4320" w:type="dxa"/>
          </w:tcPr>
          <w:p w14:paraId="67B5E6C2" w14:textId="77777777" w:rsidR="00D96E9D" w:rsidRDefault="00000000">
            <w:r>
              <w:rPr>
                <w:sz w:val="20"/>
              </w:rPr>
              <w:t>Uniform Resource Identifier - unique identifier</w:t>
            </w:r>
          </w:p>
        </w:tc>
      </w:tr>
      <w:tr w:rsidR="00D96E9D" w14:paraId="69EF8057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0742CCD9" w14:textId="77777777" w:rsidR="00D96E9D" w:rsidRDefault="00000000">
            <w:r>
              <w:rPr>
                <w:sz w:val="20"/>
              </w:rPr>
              <w:t>Namespace</w:t>
            </w:r>
          </w:p>
        </w:tc>
        <w:tc>
          <w:tcPr>
            <w:tcW w:w="4320" w:type="dxa"/>
            <w:shd w:val="clear" w:color="auto" w:fill="F2F2F2"/>
          </w:tcPr>
          <w:p w14:paraId="28B95B47" w14:textId="77777777" w:rsidR="00D96E9D" w:rsidRDefault="00000000">
            <w:r>
              <w:rPr>
                <w:sz w:val="20"/>
              </w:rPr>
              <w:t>Scope for identifiers to avoid conflicts</w:t>
            </w:r>
          </w:p>
        </w:tc>
      </w:tr>
      <w:tr w:rsidR="00D96E9D" w14:paraId="725C2982" w14:textId="77777777">
        <w:trPr>
          <w:jc w:val="center"/>
        </w:trPr>
        <w:tc>
          <w:tcPr>
            <w:tcW w:w="4320" w:type="dxa"/>
          </w:tcPr>
          <w:p w14:paraId="241B89BC" w14:textId="77777777" w:rsidR="00D96E9D" w:rsidRDefault="00000000">
            <w:r>
              <w:rPr>
                <w:sz w:val="20"/>
              </w:rPr>
              <w:t>Leximap</w:t>
            </w:r>
          </w:p>
        </w:tc>
        <w:tc>
          <w:tcPr>
            <w:tcW w:w="4320" w:type="dxa"/>
          </w:tcPr>
          <w:p w14:paraId="4F7FBC00" w14:textId="77777777" w:rsidR="00D96E9D" w:rsidRDefault="00000000">
            <w:r>
              <w:rPr>
                <w:sz w:val="20"/>
              </w:rPr>
              <w:t>Document-to-Taxonomy pipeline in Ontos Cosmos</w:t>
            </w:r>
          </w:p>
        </w:tc>
      </w:tr>
      <w:tr w:rsidR="00D96E9D" w14:paraId="755D2A9A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54B15470" w14:textId="77777777" w:rsidR="00D96E9D" w:rsidRDefault="00000000">
            <w:r>
              <w:rPr>
                <w:sz w:val="20"/>
              </w:rPr>
              <w:lastRenderedPageBreak/>
              <w:t>Blackkey</w:t>
            </w:r>
          </w:p>
        </w:tc>
        <w:tc>
          <w:tcPr>
            <w:tcW w:w="4320" w:type="dxa"/>
            <w:shd w:val="clear" w:color="auto" w:fill="F2F2F2"/>
          </w:tcPr>
          <w:p w14:paraId="32014267" w14:textId="77777777" w:rsidR="00D96E9D" w:rsidRDefault="00000000">
            <w:r>
              <w:rPr>
                <w:sz w:val="20"/>
              </w:rPr>
              <w:t>Ontology development and management system</w:t>
            </w:r>
          </w:p>
        </w:tc>
      </w:tr>
      <w:tr w:rsidR="00D96E9D" w14:paraId="47E0E90D" w14:textId="77777777">
        <w:trPr>
          <w:jc w:val="center"/>
        </w:trPr>
        <w:tc>
          <w:tcPr>
            <w:tcW w:w="4320" w:type="dxa"/>
          </w:tcPr>
          <w:p w14:paraId="12385733" w14:textId="77777777" w:rsidR="00D96E9D" w:rsidRDefault="00000000">
            <w:r>
              <w:rPr>
                <w:sz w:val="20"/>
              </w:rPr>
              <w:t>NER</w:t>
            </w:r>
          </w:p>
        </w:tc>
        <w:tc>
          <w:tcPr>
            <w:tcW w:w="4320" w:type="dxa"/>
          </w:tcPr>
          <w:p w14:paraId="1675FFBE" w14:textId="77777777" w:rsidR="00D96E9D" w:rsidRDefault="00000000">
            <w:r>
              <w:rPr>
                <w:sz w:val="20"/>
              </w:rPr>
              <w:t>Named Entity Recognition - AI extraction of entities from text</w:t>
            </w:r>
          </w:p>
        </w:tc>
      </w:tr>
      <w:tr w:rsidR="00D96E9D" w14:paraId="4AD41E3E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1A596713" w14:textId="77777777" w:rsidR="00D96E9D" w:rsidRDefault="00000000">
            <w:r>
              <w:rPr>
                <w:sz w:val="20"/>
              </w:rPr>
              <w:t>Taxonomy</w:t>
            </w:r>
          </w:p>
        </w:tc>
        <w:tc>
          <w:tcPr>
            <w:tcW w:w="4320" w:type="dxa"/>
            <w:shd w:val="clear" w:color="auto" w:fill="F2F2F2"/>
          </w:tcPr>
          <w:p w14:paraId="72D40516" w14:textId="77777777" w:rsidR="00D96E9D" w:rsidRDefault="00000000">
            <w:r>
              <w:rPr>
                <w:sz w:val="20"/>
              </w:rPr>
              <w:t>Hierarchical classification system</w:t>
            </w:r>
          </w:p>
        </w:tc>
      </w:tr>
      <w:tr w:rsidR="00D96E9D" w14:paraId="07C9AA4F" w14:textId="77777777">
        <w:trPr>
          <w:jc w:val="center"/>
        </w:trPr>
        <w:tc>
          <w:tcPr>
            <w:tcW w:w="4320" w:type="dxa"/>
          </w:tcPr>
          <w:p w14:paraId="4699171A" w14:textId="77777777" w:rsidR="00D96E9D" w:rsidRDefault="00000000">
            <w:r>
              <w:rPr>
                <w:sz w:val="20"/>
              </w:rPr>
              <w:t>Tenant</w:t>
            </w:r>
          </w:p>
        </w:tc>
        <w:tc>
          <w:tcPr>
            <w:tcW w:w="4320" w:type="dxa"/>
          </w:tcPr>
          <w:p w14:paraId="7A180D78" w14:textId="77777777" w:rsidR="00D96E9D" w:rsidRDefault="00000000">
            <w:r>
              <w:rPr>
                <w:sz w:val="20"/>
              </w:rPr>
              <w:t>An organization with isolated data in the platform</w:t>
            </w:r>
          </w:p>
        </w:tc>
      </w:tr>
      <w:tr w:rsidR="00D96E9D" w14:paraId="470BB116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5E9759F6" w14:textId="77777777" w:rsidR="00D96E9D" w:rsidRDefault="00000000">
            <w:r>
              <w:rPr>
                <w:sz w:val="20"/>
              </w:rPr>
              <w:t>Workspace</w:t>
            </w:r>
          </w:p>
        </w:tc>
        <w:tc>
          <w:tcPr>
            <w:tcW w:w="4320" w:type="dxa"/>
            <w:shd w:val="clear" w:color="auto" w:fill="F2F2F2"/>
          </w:tcPr>
          <w:p w14:paraId="6F631439" w14:textId="77777777" w:rsidR="00D96E9D" w:rsidRDefault="00000000">
            <w:r>
              <w:rPr>
                <w:sz w:val="20"/>
              </w:rPr>
              <w:t>Customizable view containing widgets for ontology work</w:t>
            </w:r>
          </w:p>
        </w:tc>
      </w:tr>
      <w:tr w:rsidR="00D96E9D" w14:paraId="36BB0757" w14:textId="77777777">
        <w:trPr>
          <w:jc w:val="center"/>
        </w:trPr>
        <w:tc>
          <w:tcPr>
            <w:tcW w:w="4320" w:type="dxa"/>
          </w:tcPr>
          <w:p w14:paraId="269585DD" w14:textId="77777777" w:rsidR="00D96E9D" w:rsidRDefault="00000000">
            <w:r>
              <w:rPr>
                <w:sz w:val="20"/>
              </w:rPr>
              <w:t>Widget</w:t>
            </w:r>
          </w:p>
        </w:tc>
        <w:tc>
          <w:tcPr>
            <w:tcW w:w="4320" w:type="dxa"/>
          </w:tcPr>
          <w:p w14:paraId="513D4634" w14:textId="77777777" w:rsidR="00D96E9D" w:rsidRDefault="00000000">
            <w:r>
              <w:rPr>
                <w:sz w:val="20"/>
              </w:rPr>
              <w:t>Self-contained UI component for specific functionality</w:t>
            </w:r>
          </w:p>
        </w:tc>
      </w:tr>
      <w:tr w:rsidR="00D96E9D" w14:paraId="4D48126E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40157543" w14:textId="77777777" w:rsidR="00D96E9D" w:rsidRDefault="00000000">
            <w:r>
              <w:rPr>
                <w:sz w:val="20"/>
              </w:rPr>
              <w:t>Control Plane</w:t>
            </w:r>
          </w:p>
        </w:tc>
        <w:tc>
          <w:tcPr>
            <w:tcW w:w="4320" w:type="dxa"/>
            <w:shd w:val="clear" w:color="auto" w:fill="F2F2F2"/>
          </w:tcPr>
          <w:p w14:paraId="12407152" w14:textId="77777777" w:rsidR="00D96E9D" w:rsidRDefault="00000000">
            <w:r>
              <w:rPr>
                <w:sz w:val="20"/>
              </w:rPr>
              <w:t>Real-time messaging system for widget communication</w:t>
            </w:r>
          </w:p>
        </w:tc>
      </w:tr>
      <w:tr w:rsidR="00D96E9D" w14:paraId="2E24B508" w14:textId="77777777">
        <w:trPr>
          <w:jc w:val="center"/>
        </w:trPr>
        <w:tc>
          <w:tcPr>
            <w:tcW w:w="4320" w:type="dxa"/>
          </w:tcPr>
          <w:p w14:paraId="60F7F647" w14:textId="77777777" w:rsidR="00D96E9D" w:rsidRDefault="00000000">
            <w:r>
              <w:rPr>
                <w:sz w:val="20"/>
              </w:rPr>
              <w:t>NATS</w:t>
            </w:r>
          </w:p>
        </w:tc>
        <w:tc>
          <w:tcPr>
            <w:tcW w:w="4320" w:type="dxa"/>
          </w:tcPr>
          <w:p w14:paraId="23AFE659" w14:textId="77777777" w:rsidR="00D96E9D" w:rsidRDefault="00000000">
            <w:r>
              <w:rPr>
                <w:sz w:val="20"/>
              </w:rPr>
              <w:t>Messaging system used for backend service communication</w:t>
            </w:r>
          </w:p>
        </w:tc>
      </w:tr>
      <w:tr w:rsidR="00D96E9D" w14:paraId="2D5D19B9" w14:textId="77777777">
        <w:trPr>
          <w:jc w:val="center"/>
        </w:trPr>
        <w:tc>
          <w:tcPr>
            <w:tcW w:w="4320" w:type="dxa"/>
            <w:shd w:val="clear" w:color="auto" w:fill="F2F2F2"/>
          </w:tcPr>
          <w:p w14:paraId="5141BF6F" w14:textId="77777777" w:rsidR="00D96E9D" w:rsidRDefault="00000000">
            <w:r>
              <w:rPr>
                <w:sz w:val="20"/>
              </w:rPr>
              <w:t>gRPC</w:t>
            </w:r>
          </w:p>
        </w:tc>
        <w:tc>
          <w:tcPr>
            <w:tcW w:w="4320" w:type="dxa"/>
            <w:shd w:val="clear" w:color="auto" w:fill="F2F2F2"/>
          </w:tcPr>
          <w:p w14:paraId="6259E2C2" w14:textId="77777777" w:rsidR="00D96E9D" w:rsidRDefault="00000000">
            <w:r>
              <w:rPr>
                <w:sz w:val="20"/>
              </w:rPr>
              <w:t>High-performance RPC framework for service communication</w:t>
            </w:r>
          </w:p>
        </w:tc>
      </w:tr>
      <w:tr w:rsidR="00D96E9D" w14:paraId="3CE5C7B3" w14:textId="77777777">
        <w:trPr>
          <w:jc w:val="center"/>
        </w:trPr>
        <w:tc>
          <w:tcPr>
            <w:tcW w:w="4320" w:type="dxa"/>
          </w:tcPr>
          <w:p w14:paraId="67B0A19A" w14:textId="77777777" w:rsidR="00D96E9D" w:rsidRDefault="00000000">
            <w:r>
              <w:rPr>
                <w:sz w:val="20"/>
              </w:rPr>
              <w:t>Provenance</w:t>
            </w:r>
          </w:p>
        </w:tc>
        <w:tc>
          <w:tcPr>
            <w:tcW w:w="4320" w:type="dxa"/>
          </w:tcPr>
          <w:p w14:paraId="7E347126" w14:textId="77777777" w:rsidR="00D96E9D" w:rsidRDefault="00000000">
            <w:r>
              <w:rPr>
                <w:sz w:val="20"/>
              </w:rPr>
              <w:t>Record of origin and processing history of data</w:t>
            </w:r>
          </w:p>
        </w:tc>
      </w:tr>
    </w:tbl>
    <w:p w14:paraId="562AF278" w14:textId="77777777" w:rsidR="00D96E9D" w:rsidRDefault="00000000">
      <w:r>
        <w:t>__________________________________________________</w:t>
      </w:r>
    </w:p>
    <w:p w14:paraId="48A4DAA2" w14:textId="77777777" w:rsidR="00D96E9D" w:rsidRDefault="00000000">
      <w:pPr>
        <w:pStyle w:val="Heading1"/>
        <w:spacing w:before="360" w:after="120"/>
      </w:pPr>
      <w:r>
        <w:rPr>
          <w:rFonts w:ascii="Calibri" w:hAnsi="Calibri"/>
          <w:color w:val="003366"/>
          <w:sz w:val="36"/>
        </w:rPr>
        <w:t>Appendix B: File Format Reference</w:t>
      </w:r>
    </w:p>
    <w:p w14:paraId="7764480C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Import Formats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77"/>
        <w:gridCol w:w="2876"/>
        <w:gridCol w:w="2877"/>
      </w:tblGrid>
      <w:tr w:rsidR="00D96E9D" w14:paraId="0FE991CF" w14:textId="77777777">
        <w:trPr>
          <w:jc w:val="center"/>
        </w:trPr>
        <w:tc>
          <w:tcPr>
            <w:tcW w:w="2880" w:type="dxa"/>
            <w:shd w:val="clear" w:color="auto" w:fill="003366"/>
          </w:tcPr>
          <w:p w14:paraId="5D2CF456" w14:textId="77777777" w:rsidR="00D96E9D" w:rsidRDefault="00000000">
            <w:r>
              <w:rPr>
                <w:b/>
                <w:color w:val="FFFFFF"/>
                <w:sz w:val="20"/>
              </w:rPr>
              <w:t>Format</w:t>
            </w:r>
          </w:p>
        </w:tc>
        <w:tc>
          <w:tcPr>
            <w:tcW w:w="2880" w:type="dxa"/>
            <w:shd w:val="clear" w:color="auto" w:fill="003366"/>
          </w:tcPr>
          <w:p w14:paraId="20A66A60" w14:textId="77777777" w:rsidR="00D96E9D" w:rsidRDefault="00000000">
            <w:r>
              <w:rPr>
                <w:b/>
                <w:color w:val="FFFFFF"/>
                <w:sz w:val="20"/>
              </w:rPr>
              <w:t>Extensions</w:t>
            </w:r>
          </w:p>
        </w:tc>
        <w:tc>
          <w:tcPr>
            <w:tcW w:w="2880" w:type="dxa"/>
            <w:shd w:val="clear" w:color="auto" w:fill="003366"/>
          </w:tcPr>
          <w:p w14:paraId="2B4BA444" w14:textId="77777777" w:rsidR="00D96E9D" w:rsidRDefault="00000000">
            <w:r>
              <w:rPr>
                <w:b/>
                <w:color w:val="FFFFFF"/>
                <w:sz w:val="20"/>
              </w:rPr>
              <w:t>Notes</w:t>
            </w:r>
          </w:p>
        </w:tc>
      </w:tr>
      <w:tr w:rsidR="00D96E9D" w14:paraId="54E9A673" w14:textId="77777777">
        <w:trPr>
          <w:jc w:val="center"/>
        </w:trPr>
        <w:tc>
          <w:tcPr>
            <w:tcW w:w="2880" w:type="dxa"/>
          </w:tcPr>
          <w:p w14:paraId="0E8B6228" w14:textId="77777777" w:rsidR="00D96E9D" w:rsidRDefault="00000000">
            <w:r>
              <w:rPr>
                <w:sz w:val="20"/>
              </w:rPr>
              <w:t>PDF</w:t>
            </w:r>
          </w:p>
        </w:tc>
        <w:tc>
          <w:tcPr>
            <w:tcW w:w="2880" w:type="dxa"/>
          </w:tcPr>
          <w:p w14:paraId="1441559A" w14:textId="77777777" w:rsidR="00D96E9D" w:rsidRDefault="00000000">
            <w:r>
              <w:rPr>
                <w:sz w:val="20"/>
              </w:rPr>
              <w:t>.pdf</w:t>
            </w:r>
          </w:p>
        </w:tc>
        <w:tc>
          <w:tcPr>
            <w:tcW w:w="2880" w:type="dxa"/>
          </w:tcPr>
          <w:p w14:paraId="297DA9D9" w14:textId="77777777" w:rsidR="00D96E9D" w:rsidRDefault="00000000">
            <w:r>
              <w:rPr>
                <w:sz w:val="20"/>
              </w:rPr>
              <w:t>Text-based PDFs recommended</w:t>
            </w:r>
          </w:p>
        </w:tc>
      </w:tr>
      <w:tr w:rsidR="00D96E9D" w14:paraId="535F2836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22A36198" w14:textId="77777777" w:rsidR="00D96E9D" w:rsidRDefault="00000000">
            <w:r>
              <w:rPr>
                <w:sz w:val="20"/>
              </w:rPr>
              <w:t>Microsoft Word</w:t>
            </w:r>
          </w:p>
        </w:tc>
        <w:tc>
          <w:tcPr>
            <w:tcW w:w="2880" w:type="dxa"/>
            <w:shd w:val="clear" w:color="auto" w:fill="F2F2F2"/>
          </w:tcPr>
          <w:p w14:paraId="70E3D98F" w14:textId="77777777" w:rsidR="00D96E9D" w:rsidRDefault="00000000">
            <w:r>
              <w:rPr>
                <w:sz w:val="20"/>
              </w:rPr>
              <w:t>.docx, .doc</w:t>
            </w:r>
          </w:p>
        </w:tc>
        <w:tc>
          <w:tcPr>
            <w:tcW w:w="2880" w:type="dxa"/>
            <w:shd w:val="clear" w:color="auto" w:fill="F2F2F2"/>
          </w:tcPr>
          <w:p w14:paraId="701E3EE1" w14:textId="77777777" w:rsidR="00D96E9D" w:rsidRDefault="00000000">
            <w:r>
              <w:rPr>
                <w:sz w:val="20"/>
              </w:rPr>
              <w:t>All versions supported</w:t>
            </w:r>
          </w:p>
        </w:tc>
      </w:tr>
      <w:tr w:rsidR="00D96E9D" w14:paraId="52BA2EA5" w14:textId="77777777">
        <w:trPr>
          <w:jc w:val="center"/>
        </w:trPr>
        <w:tc>
          <w:tcPr>
            <w:tcW w:w="2880" w:type="dxa"/>
          </w:tcPr>
          <w:p w14:paraId="04967DCE" w14:textId="77777777" w:rsidR="00D96E9D" w:rsidRDefault="00000000">
            <w:r>
              <w:rPr>
                <w:sz w:val="20"/>
              </w:rPr>
              <w:t>Plain Text</w:t>
            </w:r>
          </w:p>
        </w:tc>
        <w:tc>
          <w:tcPr>
            <w:tcW w:w="2880" w:type="dxa"/>
          </w:tcPr>
          <w:p w14:paraId="1C6507AD" w14:textId="77777777" w:rsidR="00D96E9D" w:rsidRDefault="00000000">
            <w:r>
              <w:rPr>
                <w:sz w:val="20"/>
              </w:rPr>
              <w:t>.txt</w:t>
            </w:r>
          </w:p>
        </w:tc>
        <w:tc>
          <w:tcPr>
            <w:tcW w:w="2880" w:type="dxa"/>
          </w:tcPr>
          <w:p w14:paraId="6AE44865" w14:textId="77777777" w:rsidR="00D96E9D" w:rsidRDefault="00000000">
            <w:r>
              <w:rPr>
                <w:sz w:val="20"/>
              </w:rPr>
              <w:t>UTF-8 encoding recommended</w:t>
            </w:r>
          </w:p>
        </w:tc>
      </w:tr>
      <w:tr w:rsidR="00D96E9D" w14:paraId="22D06C8C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4B9C559E" w14:textId="77777777" w:rsidR="00D96E9D" w:rsidRDefault="00000000">
            <w:r>
              <w:rPr>
                <w:sz w:val="20"/>
              </w:rPr>
              <w:t>Markdown</w:t>
            </w:r>
          </w:p>
        </w:tc>
        <w:tc>
          <w:tcPr>
            <w:tcW w:w="2880" w:type="dxa"/>
            <w:shd w:val="clear" w:color="auto" w:fill="F2F2F2"/>
          </w:tcPr>
          <w:p w14:paraId="478D7AE5" w14:textId="77777777" w:rsidR="00D96E9D" w:rsidRDefault="00000000">
            <w:r>
              <w:rPr>
                <w:sz w:val="20"/>
              </w:rPr>
              <w:t>.md</w:t>
            </w:r>
          </w:p>
        </w:tc>
        <w:tc>
          <w:tcPr>
            <w:tcW w:w="2880" w:type="dxa"/>
            <w:shd w:val="clear" w:color="auto" w:fill="F2F2F2"/>
          </w:tcPr>
          <w:p w14:paraId="19B07DA2" w14:textId="77777777" w:rsidR="00D96E9D" w:rsidRDefault="00000000">
            <w:r>
              <w:rPr>
                <w:sz w:val="20"/>
              </w:rPr>
              <w:t>GitHub-flavored markdown</w:t>
            </w:r>
          </w:p>
        </w:tc>
      </w:tr>
      <w:tr w:rsidR="00D96E9D" w14:paraId="0833ACAB" w14:textId="77777777">
        <w:trPr>
          <w:jc w:val="center"/>
        </w:trPr>
        <w:tc>
          <w:tcPr>
            <w:tcW w:w="2880" w:type="dxa"/>
          </w:tcPr>
          <w:p w14:paraId="30E0EF48" w14:textId="77777777" w:rsidR="00D96E9D" w:rsidRDefault="00000000">
            <w:r>
              <w:rPr>
                <w:sz w:val="20"/>
              </w:rPr>
              <w:t>HTML</w:t>
            </w:r>
          </w:p>
        </w:tc>
        <w:tc>
          <w:tcPr>
            <w:tcW w:w="2880" w:type="dxa"/>
          </w:tcPr>
          <w:p w14:paraId="40486E61" w14:textId="77777777" w:rsidR="00D96E9D" w:rsidRDefault="00000000">
            <w:r>
              <w:rPr>
                <w:sz w:val="20"/>
              </w:rPr>
              <w:t>.html, .htm</w:t>
            </w:r>
          </w:p>
        </w:tc>
        <w:tc>
          <w:tcPr>
            <w:tcW w:w="2880" w:type="dxa"/>
          </w:tcPr>
          <w:p w14:paraId="35BF552F" w14:textId="77777777" w:rsidR="00D96E9D" w:rsidRDefault="00000000">
            <w:r>
              <w:rPr>
                <w:sz w:val="20"/>
              </w:rPr>
              <w:t>Extracts text content</w:t>
            </w:r>
          </w:p>
        </w:tc>
      </w:tr>
      <w:tr w:rsidR="00D96E9D" w14:paraId="0FBE8563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4173BF43" w14:textId="77777777" w:rsidR="00D96E9D" w:rsidRDefault="00000000">
            <w:r>
              <w:rPr>
                <w:sz w:val="20"/>
              </w:rPr>
              <w:t>XML</w:t>
            </w:r>
          </w:p>
        </w:tc>
        <w:tc>
          <w:tcPr>
            <w:tcW w:w="2880" w:type="dxa"/>
            <w:shd w:val="clear" w:color="auto" w:fill="F2F2F2"/>
          </w:tcPr>
          <w:p w14:paraId="107D4E73" w14:textId="77777777" w:rsidR="00D96E9D" w:rsidRDefault="00000000">
            <w:r>
              <w:rPr>
                <w:sz w:val="20"/>
              </w:rPr>
              <w:t>.xml</w:t>
            </w:r>
          </w:p>
        </w:tc>
        <w:tc>
          <w:tcPr>
            <w:tcW w:w="2880" w:type="dxa"/>
            <w:shd w:val="clear" w:color="auto" w:fill="F2F2F2"/>
          </w:tcPr>
          <w:p w14:paraId="323754D7" w14:textId="77777777" w:rsidR="00D96E9D" w:rsidRDefault="00000000">
            <w:r>
              <w:rPr>
                <w:sz w:val="20"/>
              </w:rPr>
              <w:t>Generic XML parsing</w:t>
            </w:r>
          </w:p>
        </w:tc>
      </w:tr>
      <w:tr w:rsidR="00D96E9D" w14:paraId="57A72AB8" w14:textId="77777777">
        <w:trPr>
          <w:jc w:val="center"/>
        </w:trPr>
        <w:tc>
          <w:tcPr>
            <w:tcW w:w="2880" w:type="dxa"/>
          </w:tcPr>
          <w:p w14:paraId="1B0FF32B" w14:textId="77777777" w:rsidR="00D96E9D" w:rsidRDefault="00000000">
            <w:r>
              <w:rPr>
                <w:sz w:val="20"/>
              </w:rPr>
              <w:t>JSON</w:t>
            </w:r>
          </w:p>
        </w:tc>
        <w:tc>
          <w:tcPr>
            <w:tcW w:w="2880" w:type="dxa"/>
          </w:tcPr>
          <w:p w14:paraId="4DF0880B" w14:textId="77777777" w:rsidR="00D96E9D" w:rsidRDefault="00000000">
            <w:r>
              <w:rPr>
                <w:sz w:val="20"/>
              </w:rPr>
              <w:t>.json</w:t>
            </w:r>
          </w:p>
        </w:tc>
        <w:tc>
          <w:tcPr>
            <w:tcW w:w="2880" w:type="dxa"/>
          </w:tcPr>
          <w:p w14:paraId="1F9FFC85" w14:textId="77777777" w:rsidR="00D96E9D" w:rsidRDefault="00000000">
            <w:r>
              <w:rPr>
                <w:sz w:val="20"/>
              </w:rPr>
              <w:t>Structured data</w:t>
            </w:r>
          </w:p>
        </w:tc>
      </w:tr>
      <w:tr w:rsidR="00D96E9D" w14:paraId="0A5AE04E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431EBBB8" w14:textId="77777777" w:rsidR="00D96E9D" w:rsidRDefault="00000000">
            <w:r>
              <w:rPr>
                <w:sz w:val="20"/>
              </w:rPr>
              <w:t>CSV</w:t>
            </w:r>
          </w:p>
        </w:tc>
        <w:tc>
          <w:tcPr>
            <w:tcW w:w="2880" w:type="dxa"/>
            <w:shd w:val="clear" w:color="auto" w:fill="F2F2F2"/>
          </w:tcPr>
          <w:p w14:paraId="0D146ABF" w14:textId="77777777" w:rsidR="00D96E9D" w:rsidRDefault="00000000">
            <w:r>
              <w:rPr>
                <w:sz w:val="20"/>
              </w:rPr>
              <w:t>.csv</w:t>
            </w:r>
          </w:p>
        </w:tc>
        <w:tc>
          <w:tcPr>
            <w:tcW w:w="2880" w:type="dxa"/>
            <w:shd w:val="clear" w:color="auto" w:fill="F2F2F2"/>
          </w:tcPr>
          <w:p w14:paraId="634FE040" w14:textId="77777777" w:rsidR="00D96E9D" w:rsidRDefault="00000000">
            <w:r>
              <w:rPr>
                <w:sz w:val="20"/>
              </w:rPr>
              <w:t>Comma-separated values</w:t>
            </w:r>
          </w:p>
        </w:tc>
      </w:tr>
      <w:tr w:rsidR="00D96E9D" w14:paraId="36840B62" w14:textId="77777777">
        <w:trPr>
          <w:jc w:val="center"/>
        </w:trPr>
        <w:tc>
          <w:tcPr>
            <w:tcW w:w="2880" w:type="dxa"/>
          </w:tcPr>
          <w:p w14:paraId="5B5BB6C6" w14:textId="77777777" w:rsidR="00D96E9D" w:rsidRDefault="00000000">
            <w:r>
              <w:rPr>
                <w:sz w:val="20"/>
              </w:rPr>
              <w:t>RDF</w:t>
            </w:r>
          </w:p>
        </w:tc>
        <w:tc>
          <w:tcPr>
            <w:tcW w:w="2880" w:type="dxa"/>
          </w:tcPr>
          <w:p w14:paraId="687FAABC" w14:textId="77777777" w:rsidR="00D96E9D" w:rsidRDefault="00000000">
            <w:r>
              <w:rPr>
                <w:sz w:val="20"/>
              </w:rPr>
              <w:t>.rdf</w:t>
            </w:r>
          </w:p>
        </w:tc>
        <w:tc>
          <w:tcPr>
            <w:tcW w:w="2880" w:type="dxa"/>
          </w:tcPr>
          <w:p w14:paraId="04C5E237" w14:textId="77777777" w:rsidR="00D96E9D" w:rsidRDefault="00000000">
            <w:r>
              <w:rPr>
                <w:sz w:val="20"/>
              </w:rPr>
              <w:t>Import existing ontologies</w:t>
            </w:r>
          </w:p>
        </w:tc>
      </w:tr>
      <w:tr w:rsidR="00D96E9D" w14:paraId="5D3CFBD7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02B5794F" w14:textId="77777777" w:rsidR="00D96E9D" w:rsidRDefault="00000000">
            <w:r>
              <w:rPr>
                <w:sz w:val="20"/>
              </w:rPr>
              <w:t>Turtle</w:t>
            </w:r>
          </w:p>
        </w:tc>
        <w:tc>
          <w:tcPr>
            <w:tcW w:w="2880" w:type="dxa"/>
            <w:shd w:val="clear" w:color="auto" w:fill="F2F2F2"/>
          </w:tcPr>
          <w:p w14:paraId="06FB82DA" w14:textId="77777777" w:rsidR="00D96E9D" w:rsidRDefault="00000000">
            <w:r>
              <w:rPr>
                <w:sz w:val="20"/>
              </w:rPr>
              <w:t>.ttl</w:t>
            </w:r>
          </w:p>
        </w:tc>
        <w:tc>
          <w:tcPr>
            <w:tcW w:w="2880" w:type="dxa"/>
            <w:shd w:val="clear" w:color="auto" w:fill="F2F2F2"/>
          </w:tcPr>
          <w:p w14:paraId="79D78CAF" w14:textId="77777777" w:rsidR="00D96E9D" w:rsidRDefault="00000000">
            <w:r>
              <w:rPr>
                <w:sz w:val="20"/>
              </w:rPr>
              <w:t>Import existing ontologies</w:t>
            </w:r>
          </w:p>
        </w:tc>
      </w:tr>
      <w:tr w:rsidR="00D96E9D" w14:paraId="532EA8B2" w14:textId="77777777">
        <w:trPr>
          <w:jc w:val="center"/>
        </w:trPr>
        <w:tc>
          <w:tcPr>
            <w:tcW w:w="2880" w:type="dxa"/>
          </w:tcPr>
          <w:p w14:paraId="079655C7" w14:textId="77777777" w:rsidR="00D96E9D" w:rsidRDefault="00000000">
            <w:r>
              <w:rPr>
                <w:sz w:val="20"/>
              </w:rPr>
              <w:t>OWL</w:t>
            </w:r>
          </w:p>
        </w:tc>
        <w:tc>
          <w:tcPr>
            <w:tcW w:w="2880" w:type="dxa"/>
          </w:tcPr>
          <w:p w14:paraId="2D6571A3" w14:textId="77777777" w:rsidR="00D96E9D" w:rsidRDefault="00000000">
            <w:r>
              <w:rPr>
                <w:sz w:val="20"/>
              </w:rPr>
              <w:t>.owl</w:t>
            </w:r>
          </w:p>
        </w:tc>
        <w:tc>
          <w:tcPr>
            <w:tcW w:w="2880" w:type="dxa"/>
          </w:tcPr>
          <w:p w14:paraId="27C5327D" w14:textId="77777777" w:rsidR="00D96E9D" w:rsidRDefault="00000000">
            <w:r>
              <w:rPr>
                <w:sz w:val="20"/>
              </w:rPr>
              <w:t>Import existing ontologies</w:t>
            </w:r>
          </w:p>
        </w:tc>
      </w:tr>
    </w:tbl>
    <w:p w14:paraId="400A92D9" w14:textId="77777777" w:rsidR="00D96E9D" w:rsidRDefault="00000000">
      <w:pPr>
        <w:pStyle w:val="Heading2"/>
        <w:spacing w:before="240" w:after="80"/>
      </w:pPr>
      <w:r>
        <w:rPr>
          <w:rFonts w:ascii="Calibri" w:hAnsi="Calibri"/>
          <w:color w:val="4472C4"/>
          <w:sz w:val="28"/>
        </w:rPr>
        <w:t>Export Formats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77"/>
        <w:gridCol w:w="2876"/>
        <w:gridCol w:w="2877"/>
      </w:tblGrid>
      <w:tr w:rsidR="00D96E9D" w14:paraId="515C3849" w14:textId="77777777">
        <w:trPr>
          <w:jc w:val="center"/>
        </w:trPr>
        <w:tc>
          <w:tcPr>
            <w:tcW w:w="2880" w:type="dxa"/>
            <w:shd w:val="clear" w:color="auto" w:fill="003366"/>
          </w:tcPr>
          <w:p w14:paraId="70B07508" w14:textId="77777777" w:rsidR="00D96E9D" w:rsidRDefault="00000000">
            <w:r>
              <w:rPr>
                <w:b/>
                <w:color w:val="FFFFFF"/>
                <w:sz w:val="20"/>
              </w:rPr>
              <w:t>Format</w:t>
            </w:r>
          </w:p>
        </w:tc>
        <w:tc>
          <w:tcPr>
            <w:tcW w:w="2880" w:type="dxa"/>
            <w:shd w:val="clear" w:color="auto" w:fill="003366"/>
          </w:tcPr>
          <w:p w14:paraId="3C86AAD1" w14:textId="77777777" w:rsidR="00D96E9D" w:rsidRDefault="00000000">
            <w:r>
              <w:rPr>
                <w:b/>
                <w:color w:val="FFFFFF"/>
                <w:sz w:val="20"/>
              </w:rPr>
              <w:t>Extensions</w:t>
            </w:r>
          </w:p>
        </w:tc>
        <w:tc>
          <w:tcPr>
            <w:tcW w:w="2880" w:type="dxa"/>
            <w:shd w:val="clear" w:color="auto" w:fill="003366"/>
          </w:tcPr>
          <w:p w14:paraId="1553F7F5" w14:textId="77777777" w:rsidR="00D96E9D" w:rsidRDefault="00000000">
            <w:r>
              <w:rPr>
                <w:b/>
                <w:color w:val="FFFFFF"/>
                <w:sz w:val="20"/>
              </w:rPr>
              <w:t>Best For</w:t>
            </w:r>
          </w:p>
        </w:tc>
      </w:tr>
      <w:tr w:rsidR="00D96E9D" w14:paraId="14368EBD" w14:textId="77777777">
        <w:trPr>
          <w:jc w:val="center"/>
        </w:trPr>
        <w:tc>
          <w:tcPr>
            <w:tcW w:w="2880" w:type="dxa"/>
          </w:tcPr>
          <w:p w14:paraId="59E830E5" w14:textId="77777777" w:rsidR="00D96E9D" w:rsidRDefault="00000000">
            <w:r>
              <w:rPr>
                <w:sz w:val="20"/>
              </w:rPr>
              <w:t>OWL/XML</w:t>
            </w:r>
          </w:p>
        </w:tc>
        <w:tc>
          <w:tcPr>
            <w:tcW w:w="2880" w:type="dxa"/>
          </w:tcPr>
          <w:p w14:paraId="3BA89C01" w14:textId="77777777" w:rsidR="00D96E9D" w:rsidRDefault="00000000">
            <w:r>
              <w:rPr>
                <w:sz w:val="20"/>
              </w:rPr>
              <w:t>.owl</w:t>
            </w:r>
          </w:p>
        </w:tc>
        <w:tc>
          <w:tcPr>
            <w:tcW w:w="2880" w:type="dxa"/>
          </w:tcPr>
          <w:p w14:paraId="4E75B1E5" w14:textId="77777777" w:rsidR="00D96E9D" w:rsidRDefault="00000000">
            <w:r>
              <w:rPr>
                <w:sz w:val="20"/>
              </w:rPr>
              <w:t>Protege, reasoning tools</w:t>
            </w:r>
          </w:p>
        </w:tc>
      </w:tr>
      <w:tr w:rsidR="00D96E9D" w14:paraId="28766E09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0C0E9565" w14:textId="77777777" w:rsidR="00D96E9D" w:rsidRDefault="00000000">
            <w:r>
              <w:rPr>
                <w:sz w:val="20"/>
              </w:rPr>
              <w:t>Turtle</w:t>
            </w:r>
          </w:p>
        </w:tc>
        <w:tc>
          <w:tcPr>
            <w:tcW w:w="2880" w:type="dxa"/>
            <w:shd w:val="clear" w:color="auto" w:fill="F2F2F2"/>
          </w:tcPr>
          <w:p w14:paraId="26860807" w14:textId="77777777" w:rsidR="00D96E9D" w:rsidRDefault="00000000">
            <w:r>
              <w:rPr>
                <w:sz w:val="20"/>
              </w:rPr>
              <w:t>.ttl</w:t>
            </w:r>
          </w:p>
        </w:tc>
        <w:tc>
          <w:tcPr>
            <w:tcW w:w="2880" w:type="dxa"/>
            <w:shd w:val="clear" w:color="auto" w:fill="F2F2F2"/>
          </w:tcPr>
          <w:p w14:paraId="7EEEC131" w14:textId="77777777" w:rsidR="00D96E9D" w:rsidRDefault="00000000">
            <w:r>
              <w:rPr>
                <w:sz w:val="20"/>
              </w:rPr>
              <w:t>Human-readable, version control</w:t>
            </w:r>
          </w:p>
        </w:tc>
      </w:tr>
      <w:tr w:rsidR="00D96E9D" w14:paraId="224EFE33" w14:textId="77777777">
        <w:trPr>
          <w:jc w:val="center"/>
        </w:trPr>
        <w:tc>
          <w:tcPr>
            <w:tcW w:w="2880" w:type="dxa"/>
          </w:tcPr>
          <w:p w14:paraId="62682510" w14:textId="77777777" w:rsidR="00D96E9D" w:rsidRDefault="00000000">
            <w:r>
              <w:rPr>
                <w:sz w:val="20"/>
              </w:rPr>
              <w:t>RDF/XML</w:t>
            </w:r>
          </w:p>
        </w:tc>
        <w:tc>
          <w:tcPr>
            <w:tcW w:w="2880" w:type="dxa"/>
          </w:tcPr>
          <w:p w14:paraId="5062AFD4" w14:textId="77777777" w:rsidR="00D96E9D" w:rsidRDefault="00000000">
            <w:r>
              <w:rPr>
                <w:sz w:val="20"/>
              </w:rPr>
              <w:t>.rdf</w:t>
            </w:r>
          </w:p>
        </w:tc>
        <w:tc>
          <w:tcPr>
            <w:tcW w:w="2880" w:type="dxa"/>
          </w:tcPr>
          <w:p w14:paraId="750029C2" w14:textId="77777777" w:rsidR="00D96E9D" w:rsidRDefault="00000000">
            <w:r>
              <w:rPr>
                <w:sz w:val="20"/>
              </w:rPr>
              <w:t>Triple stores, interoperability</w:t>
            </w:r>
          </w:p>
        </w:tc>
      </w:tr>
      <w:tr w:rsidR="00D96E9D" w14:paraId="45DCB6DB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4B7AB4A2" w14:textId="77777777" w:rsidR="00D96E9D" w:rsidRDefault="00000000">
            <w:r>
              <w:rPr>
                <w:sz w:val="20"/>
              </w:rPr>
              <w:t>JSON-LD</w:t>
            </w:r>
          </w:p>
        </w:tc>
        <w:tc>
          <w:tcPr>
            <w:tcW w:w="2880" w:type="dxa"/>
            <w:shd w:val="clear" w:color="auto" w:fill="F2F2F2"/>
          </w:tcPr>
          <w:p w14:paraId="3D7076FB" w14:textId="77777777" w:rsidR="00D96E9D" w:rsidRDefault="00000000">
            <w:r>
              <w:rPr>
                <w:sz w:val="20"/>
              </w:rPr>
              <w:t>.jsonld</w:t>
            </w:r>
          </w:p>
        </w:tc>
        <w:tc>
          <w:tcPr>
            <w:tcW w:w="2880" w:type="dxa"/>
            <w:shd w:val="clear" w:color="auto" w:fill="F2F2F2"/>
          </w:tcPr>
          <w:p w14:paraId="1E9143A4" w14:textId="77777777" w:rsidR="00D96E9D" w:rsidRDefault="00000000">
            <w:r>
              <w:rPr>
                <w:sz w:val="20"/>
              </w:rPr>
              <w:t>Web applications, APIs</w:t>
            </w:r>
          </w:p>
        </w:tc>
      </w:tr>
      <w:tr w:rsidR="00D96E9D" w14:paraId="17BF7145" w14:textId="77777777">
        <w:trPr>
          <w:jc w:val="center"/>
        </w:trPr>
        <w:tc>
          <w:tcPr>
            <w:tcW w:w="2880" w:type="dxa"/>
          </w:tcPr>
          <w:p w14:paraId="3F5FC5F4" w14:textId="77777777" w:rsidR="00D96E9D" w:rsidRDefault="00000000">
            <w:r>
              <w:rPr>
                <w:sz w:val="20"/>
              </w:rPr>
              <w:t>N-Triples</w:t>
            </w:r>
          </w:p>
        </w:tc>
        <w:tc>
          <w:tcPr>
            <w:tcW w:w="2880" w:type="dxa"/>
          </w:tcPr>
          <w:p w14:paraId="5839E5AD" w14:textId="77777777" w:rsidR="00D96E9D" w:rsidRDefault="00000000">
            <w:r>
              <w:rPr>
                <w:sz w:val="20"/>
              </w:rPr>
              <w:t>.nt</w:t>
            </w:r>
          </w:p>
        </w:tc>
        <w:tc>
          <w:tcPr>
            <w:tcW w:w="2880" w:type="dxa"/>
          </w:tcPr>
          <w:p w14:paraId="402CF4FD" w14:textId="77777777" w:rsidR="00D96E9D" w:rsidRDefault="00000000">
            <w:r>
              <w:rPr>
                <w:sz w:val="20"/>
              </w:rPr>
              <w:t>Large datasets, streaming</w:t>
            </w:r>
          </w:p>
        </w:tc>
      </w:tr>
      <w:tr w:rsidR="00D96E9D" w14:paraId="28211A50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26691200" w14:textId="77777777" w:rsidR="00D96E9D" w:rsidRDefault="00000000">
            <w:r>
              <w:rPr>
                <w:sz w:val="20"/>
              </w:rPr>
              <w:t>GraphML</w:t>
            </w:r>
          </w:p>
        </w:tc>
        <w:tc>
          <w:tcPr>
            <w:tcW w:w="2880" w:type="dxa"/>
            <w:shd w:val="clear" w:color="auto" w:fill="F2F2F2"/>
          </w:tcPr>
          <w:p w14:paraId="27E44ABD" w14:textId="77777777" w:rsidR="00D96E9D" w:rsidRDefault="00000000">
            <w:r>
              <w:rPr>
                <w:sz w:val="20"/>
              </w:rPr>
              <w:t>.graphml</w:t>
            </w:r>
          </w:p>
        </w:tc>
        <w:tc>
          <w:tcPr>
            <w:tcW w:w="2880" w:type="dxa"/>
            <w:shd w:val="clear" w:color="auto" w:fill="F2F2F2"/>
          </w:tcPr>
          <w:p w14:paraId="7C140C19" w14:textId="77777777" w:rsidR="00D96E9D" w:rsidRDefault="00000000">
            <w:r>
              <w:rPr>
                <w:sz w:val="20"/>
              </w:rPr>
              <w:t>Graph visualization tools</w:t>
            </w:r>
          </w:p>
        </w:tc>
      </w:tr>
      <w:tr w:rsidR="00D96E9D" w14:paraId="44CB0493" w14:textId="77777777">
        <w:trPr>
          <w:jc w:val="center"/>
        </w:trPr>
        <w:tc>
          <w:tcPr>
            <w:tcW w:w="2880" w:type="dxa"/>
          </w:tcPr>
          <w:p w14:paraId="18FB32E0" w14:textId="77777777" w:rsidR="00D96E9D" w:rsidRDefault="00000000">
            <w:r>
              <w:rPr>
                <w:sz w:val="20"/>
              </w:rPr>
              <w:t>CSV</w:t>
            </w:r>
          </w:p>
        </w:tc>
        <w:tc>
          <w:tcPr>
            <w:tcW w:w="2880" w:type="dxa"/>
          </w:tcPr>
          <w:p w14:paraId="77DB7D9C" w14:textId="77777777" w:rsidR="00D96E9D" w:rsidRDefault="00000000">
            <w:r>
              <w:rPr>
                <w:sz w:val="20"/>
              </w:rPr>
              <w:t>.csv</w:t>
            </w:r>
          </w:p>
        </w:tc>
        <w:tc>
          <w:tcPr>
            <w:tcW w:w="2880" w:type="dxa"/>
          </w:tcPr>
          <w:p w14:paraId="3A6EB964" w14:textId="77777777" w:rsidR="00D96E9D" w:rsidRDefault="00000000">
            <w:r>
              <w:rPr>
                <w:sz w:val="20"/>
              </w:rPr>
              <w:t>Spreadsheet analysis</w:t>
            </w:r>
          </w:p>
        </w:tc>
      </w:tr>
      <w:tr w:rsidR="00D96E9D" w14:paraId="372CB155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3B7B4DAD" w14:textId="77777777" w:rsidR="00D96E9D" w:rsidRDefault="00000000">
            <w:r>
              <w:rPr>
                <w:sz w:val="20"/>
              </w:rPr>
              <w:t>PNG/SVG</w:t>
            </w:r>
          </w:p>
        </w:tc>
        <w:tc>
          <w:tcPr>
            <w:tcW w:w="2880" w:type="dxa"/>
            <w:shd w:val="clear" w:color="auto" w:fill="F2F2F2"/>
          </w:tcPr>
          <w:p w14:paraId="045FAA43" w14:textId="77777777" w:rsidR="00D96E9D" w:rsidRDefault="00000000">
            <w:r>
              <w:rPr>
                <w:sz w:val="20"/>
              </w:rPr>
              <w:t>.png, .svg</w:t>
            </w:r>
          </w:p>
        </w:tc>
        <w:tc>
          <w:tcPr>
            <w:tcW w:w="2880" w:type="dxa"/>
            <w:shd w:val="clear" w:color="auto" w:fill="F2F2F2"/>
          </w:tcPr>
          <w:p w14:paraId="65137998" w14:textId="77777777" w:rsidR="00D96E9D" w:rsidRDefault="00000000">
            <w:r>
              <w:rPr>
                <w:sz w:val="20"/>
              </w:rPr>
              <w:t>Graph images</w:t>
            </w:r>
          </w:p>
        </w:tc>
      </w:tr>
    </w:tbl>
    <w:p w14:paraId="489BE00C" w14:textId="77777777" w:rsidR="00D96E9D" w:rsidRDefault="00000000">
      <w:r>
        <w:t>__________________________________________________</w:t>
      </w:r>
    </w:p>
    <w:p w14:paraId="1EEF01DB" w14:textId="77777777" w:rsidR="00D96E9D" w:rsidRDefault="00000000">
      <w:pPr>
        <w:pStyle w:val="Heading1"/>
        <w:spacing w:before="360" w:after="120"/>
      </w:pPr>
      <w:r>
        <w:rPr>
          <w:rFonts w:ascii="Calibri" w:hAnsi="Calibri"/>
          <w:color w:val="003366"/>
          <w:sz w:val="36"/>
        </w:rPr>
        <w:lastRenderedPageBreak/>
        <w:t>Appendix C: Screenshot Capture Checklist</w:t>
      </w:r>
    </w:p>
    <w:p w14:paraId="5226EBB3" w14:textId="77777777" w:rsidR="00D96E9D" w:rsidRDefault="00000000">
      <w:r>
        <w:t>The following screenshots are needed to complete this user guide: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77"/>
        <w:gridCol w:w="2877"/>
        <w:gridCol w:w="2876"/>
      </w:tblGrid>
      <w:tr w:rsidR="00D96E9D" w14:paraId="4BB0FDB8" w14:textId="77777777">
        <w:trPr>
          <w:jc w:val="center"/>
        </w:trPr>
        <w:tc>
          <w:tcPr>
            <w:tcW w:w="2880" w:type="dxa"/>
            <w:shd w:val="clear" w:color="auto" w:fill="003366"/>
          </w:tcPr>
          <w:p w14:paraId="3A2D1442" w14:textId="77777777" w:rsidR="00D96E9D" w:rsidRDefault="00000000">
            <w:r>
              <w:rPr>
                <w:b/>
                <w:color w:val="FFFFFF"/>
                <w:sz w:val="20"/>
              </w:rPr>
              <w:t>Section</w:t>
            </w:r>
          </w:p>
        </w:tc>
        <w:tc>
          <w:tcPr>
            <w:tcW w:w="2880" w:type="dxa"/>
            <w:shd w:val="clear" w:color="auto" w:fill="003366"/>
          </w:tcPr>
          <w:p w14:paraId="6E6F06D5" w14:textId="77777777" w:rsidR="00D96E9D" w:rsidRDefault="00000000">
            <w:r>
              <w:rPr>
                <w:b/>
                <w:color w:val="FFFFFF"/>
                <w:sz w:val="20"/>
              </w:rPr>
              <w:t>Screenshot Needed</w:t>
            </w:r>
          </w:p>
        </w:tc>
        <w:tc>
          <w:tcPr>
            <w:tcW w:w="2880" w:type="dxa"/>
            <w:shd w:val="clear" w:color="auto" w:fill="003366"/>
          </w:tcPr>
          <w:p w14:paraId="346617EF" w14:textId="77777777" w:rsidR="00D96E9D" w:rsidRDefault="00000000">
            <w:r>
              <w:rPr>
                <w:b/>
                <w:color w:val="FFFFFF"/>
                <w:sz w:val="20"/>
              </w:rPr>
              <w:t>Priority</w:t>
            </w:r>
          </w:p>
        </w:tc>
      </w:tr>
      <w:tr w:rsidR="00D96E9D" w14:paraId="60C8275F" w14:textId="77777777">
        <w:trPr>
          <w:jc w:val="center"/>
        </w:trPr>
        <w:tc>
          <w:tcPr>
            <w:tcW w:w="2880" w:type="dxa"/>
          </w:tcPr>
          <w:p w14:paraId="60026A23" w14:textId="77777777" w:rsidR="00D96E9D" w:rsidRDefault="00000000">
            <w:r>
              <w:rPr>
                <w:sz w:val="20"/>
              </w:rPr>
              <w:t>1. Introduction</w:t>
            </w:r>
          </w:p>
        </w:tc>
        <w:tc>
          <w:tcPr>
            <w:tcW w:w="2880" w:type="dxa"/>
          </w:tcPr>
          <w:p w14:paraId="57AEA8F0" w14:textId="77777777" w:rsidR="00D96E9D" w:rsidRDefault="00000000">
            <w:r>
              <w:rPr>
                <w:sz w:val="20"/>
              </w:rPr>
              <w:t>Platform overview/landing page</w:t>
            </w:r>
          </w:p>
        </w:tc>
        <w:tc>
          <w:tcPr>
            <w:tcW w:w="2880" w:type="dxa"/>
          </w:tcPr>
          <w:p w14:paraId="6293F26D" w14:textId="77777777" w:rsidR="00D96E9D" w:rsidRDefault="00000000">
            <w:r>
              <w:rPr>
                <w:sz w:val="20"/>
              </w:rPr>
              <w:t>Medium</w:t>
            </w:r>
          </w:p>
        </w:tc>
      </w:tr>
      <w:tr w:rsidR="00D96E9D" w14:paraId="5CCC7DA3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799B574D" w14:textId="77777777" w:rsidR="00D96E9D" w:rsidRDefault="00000000">
            <w:r>
              <w:rPr>
                <w:sz w:val="20"/>
              </w:rPr>
              <w:t>5. Project Management</w:t>
            </w:r>
          </w:p>
        </w:tc>
        <w:tc>
          <w:tcPr>
            <w:tcW w:w="2880" w:type="dxa"/>
            <w:shd w:val="clear" w:color="auto" w:fill="F2F2F2"/>
          </w:tcPr>
          <w:p w14:paraId="57712579" w14:textId="77777777" w:rsidR="00D96E9D" w:rsidRDefault="00000000">
            <w:r>
              <w:rPr>
                <w:sz w:val="20"/>
              </w:rPr>
              <w:t>Project settings dialog</w:t>
            </w:r>
          </w:p>
        </w:tc>
        <w:tc>
          <w:tcPr>
            <w:tcW w:w="2880" w:type="dxa"/>
            <w:shd w:val="clear" w:color="auto" w:fill="F2F2F2"/>
          </w:tcPr>
          <w:p w14:paraId="2AB78094" w14:textId="77777777" w:rsidR="00D96E9D" w:rsidRDefault="00000000">
            <w:r>
              <w:rPr>
                <w:sz w:val="20"/>
              </w:rPr>
              <w:t>High</w:t>
            </w:r>
          </w:p>
        </w:tc>
      </w:tr>
      <w:tr w:rsidR="00D96E9D" w14:paraId="052E7D2B" w14:textId="77777777">
        <w:trPr>
          <w:jc w:val="center"/>
        </w:trPr>
        <w:tc>
          <w:tcPr>
            <w:tcW w:w="2880" w:type="dxa"/>
          </w:tcPr>
          <w:p w14:paraId="2BFCC82F" w14:textId="77777777" w:rsidR="00D96E9D" w:rsidRDefault="00000000">
            <w:r>
              <w:rPr>
                <w:sz w:val="20"/>
              </w:rPr>
              <w:t>5. Project Management</w:t>
            </w:r>
          </w:p>
        </w:tc>
        <w:tc>
          <w:tcPr>
            <w:tcW w:w="2880" w:type="dxa"/>
          </w:tcPr>
          <w:p w14:paraId="1B98711E" w14:textId="77777777" w:rsidR="00D96E9D" w:rsidRDefault="00000000">
            <w:r>
              <w:rPr>
                <w:sz w:val="20"/>
              </w:rPr>
              <w:t>Delete project confirmation</w:t>
            </w:r>
          </w:p>
        </w:tc>
        <w:tc>
          <w:tcPr>
            <w:tcW w:w="2880" w:type="dxa"/>
          </w:tcPr>
          <w:p w14:paraId="42384EA9" w14:textId="77777777" w:rsidR="00D96E9D" w:rsidRDefault="00000000">
            <w:r>
              <w:rPr>
                <w:sz w:val="20"/>
              </w:rPr>
              <w:t>Medium</w:t>
            </w:r>
          </w:p>
        </w:tc>
      </w:tr>
      <w:tr w:rsidR="00D96E9D" w14:paraId="1EB671DF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638490F1" w14:textId="77777777" w:rsidR="00D96E9D" w:rsidRDefault="00000000">
            <w:r>
              <w:rPr>
                <w:sz w:val="20"/>
              </w:rPr>
              <w:t>6. Ontologies</w:t>
            </w:r>
          </w:p>
        </w:tc>
        <w:tc>
          <w:tcPr>
            <w:tcW w:w="2880" w:type="dxa"/>
            <w:shd w:val="clear" w:color="auto" w:fill="F2F2F2"/>
          </w:tcPr>
          <w:p w14:paraId="6FB961D6" w14:textId="77777777" w:rsidR="00D96E9D" w:rsidRDefault="00000000">
            <w:r>
              <w:rPr>
                <w:sz w:val="20"/>
              </w:rPr>
              <w:t>Ontology list view</w:t>
            </w:r>
          </w:p>
        </w:tc>
        <w:tc>
          <w:tcPr>
            <w:tcW w:w="2880" w:type="dxa"/>
            <w:shd w:val="clear" w:color="auto" w:fill="F2F2F2"/>
          </w:tcPr>
          <w:p w14:paraId="35EB4B59" w14:textId="77777777" w:rsidR="00D96E9D" w:rsidRDefault="00000000">
            <w:r>
              <w:rPr>
                <w:sz w:val="20"/>
              </w:rPr>
              <w:t>High</w:t>
            </w:r>
          </w:p>
        </w:tc>
      </w:tr>
      <w:tr w:rsidR="00D96E9D" w14:paraId="241E0EE8" w14:textId="77777777">
        <w:trPr>
          <w:jc w:val="center"/>
        </w:trPr>
        <w:tc>
          <w:tcPr>
            <w:tcW w:w="2880" w:type="dxa"/>
          </w:tcPr>
          <w:p w14:paraId="583B3800" w14:textId="77777777" w:rsidR="00D96E9D" w:rsidRDefault="00000000">
            <w:r>
              <w:rPr>
                <w:sz w:val="20"/>
              </w:rPr>
              <w:t>6. Ontologies</w:t>
            </w:r>
          </w:p>
        </w:tc>
        <w:tc>
          <w:tcPr>
            <w:tcW w:w="2880" w:type="dxa"/>
          </w:tcPr>
          <w:p w14:paraId="72E0367B" w14:textId="77777777" w:rsidR="00D96E9D" w:rsidRDefault="00000000">
            <w:r>
              <w:rPr>
                <w:sz w:val="20"/>
              </w:rPr>
              <w:t>Create Ontology dialog</w:t>
            </w:r>
          </w:p>
        </w:tc>
        <w:tc>
          <w:tcPr>
            <w:tcW w:w="2880" w:type="dxa"/>
          </w:tcPr>
          <w:p w14:paraId="1E970EC3" w14:textId="77777777" w:rsidR="00D96E9D" w:rsidRDefault="00000000">
            <w:r>
              <w:rPr>
                <w:sz w:val="20"/>
              </w:rPr>
              <w:t>High</w:t>
            </w:r>
          </w:p>
        </w:tc>
      </w:tr>
      <w:tr w:rsidR="00D96E9D" w14:paraId="13F01FD2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302E995F" w14:textId="77777777" w:rsidR="00D96E9D" w:rsidRDefault="00000000">
            <w:r>
              <w:rPr>
                <w:sz w:val="20"/>
              </w:rPr>
              <w:t>7. Document Processing</w:t>
            </w:r>
          </w:p>
        </w:tc>
        <w:tc>
          <w:tcPr>
            <w:tcW w:w="2880" w:type="dxa"/>
            <w:shd w:val="clear" w:color="auto" w:fill="F2F2F2"/>
          </w:tcPr>
          <w:p w14:paraId="06BEA91B" w14:textId="77777777" w:rsidR="00D96E9D" w:rsidRDefault="00000000">
            <w:r>
              <w:rPr>
                <w:sz w:val="20"/>
              </w:rPr>
              <w:t>Upload interface</w:t>
            </w:r>
          </w:p>
        </w:tc>
        <w:tc>
          <w:tcPr>
            <w:tcW w:w="2880" w:type="dxa"/>
            <w:shd w:val="clear" w:color="auto" w:fill="F2F2F2"/>
          </w:tcPr>
          <w:p w14:paraId="5B6A313F" w14:textId="77777777" w:rsidR="00D96E9D" w:rsidRDefault="00000000">
            <w:r>
              <w:rPr>
                <w:sz w:val="20"/>
              </w:rPr>
              <w:t>High</w:t>
            </w:r>
          </w:p>
        </w:tc>
      </w:tr>
      <w:tr w:rsidR="00D96E9D" w14:paraId="11013F46" w14:textId="77777777">
        <w:trPr>
          <w:jc w:val="center"/>
        </w:trPr>
        <w:tc>
          <w:tcPr>
            <w:tcW w:w="2880" w:type="dxa"/>
          </w:tcPr>
          <w:p w14:paraId="7E017E46" w14:textId="77777777" w:rsidR="00D96E9D" w:rsidRDefault="00000000">
            <w:r>
              <w:rPr>
                <w:sz w:val="20"/>
              </w:rPr>
              <w:t>7. Document Processing</w:t>
            </w:r>
          </w:p>
        </w:tc>
        <w:tc>
          <w:tcPr>
            <w:tcW w:w="2880" w:type="dxa"/>
          </w:tcPr>
          <w:p w14:paraId="1A562C1B" w14:textId="77777777" w:rsidR="00D96E9D" w:rsidRDefault="00000000">
            <w:r>
              <w:rPr>
                <w:sz w:val="20"/>
              </w:rPr>
              <w:t>Processing pipeline progress</w:t>
            </w:r>
          </w:p>
        </w:tc>
        <w:tc>
          <w:tcPr>
            <w:tcW w:w="2880" w:type="dxa"/>
          </w:tcPr>
          <w:p w14:paraId="76E6D834" w14:textId="77777777" w:rsidR="00D96E9D" w:rsidRDefault="00000000">
            <w:r>
              <w:rPr>
                <w:sz w:val="20"/>
              </w:rPr>
              <w:t>Medium</w:t>
            </w:r>
          </w:p>
        </w:tc>
      </w:tr>
      <w:tr w:rsidR="00D96E9D" w14:paraId="614FD579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77E527FC" w14:textId="77777777" w:rsidR="00D96E9D" w:rsidRDefault="00000000">
            <w:r>
              <w:rPr>
                <w:sz w:val="20"/>
              </w:rPr>
              <w:t>7. Document Processing</w:t>
            </w:r>
          </w:p>
        </w:tc>
        <w:tc>
          <w:tcPr>
            <w:tcW w:w="2880" w:type="dxa"/>
            <w:shd w:val="clear" w:color="auto" w:fill="F2F2F2"/>
          </w:tcPr>
          <w:p w14:paraId="2D3BDA4C" w14:textId="77777777" w:rsidR="00D96E9D" w:rsidRDefault="00000000">
            <w:r>
              <w:rPr>
                <w:sz w:val="20"/>
              </w:rPr>
              <w:t>Document list with statuses</w:t>
            </w:r>
          </w:p>
        </w:tc>
        <w:tc>
          <w:tcPr>
            <w:tcW w:w="2880" w:type="dxa"/>
            <w:shd w:val="clear" w:color="auto" w:fill="F2F2F2"/>
          </w:tcPr>
          <w:p w14:paraId="6C3250BA" w14:textId="77777777" w:rsidR="00D96E9D" w:rsidRDefault="00000000">
            <w:r>
              <w:rPr>
                <w:sz w:val="20"/>
              </w:rPr>
              <w:t>High</w:t>
            </w:r>
          </w:p>
        </w:tc>
      </w:tr>
      <w:tr w:rsidR="00D96E9D" w14:paraId="11486ED5" w14:textId="77777777">
        <w:trPr>
          <w:jc w:val="center"/>
        </w:trPr>
        <w:tc>
          <w:tcPr>
            <w:tcW w:w="2880" w:type="dxa"/>
          </w:tcPr>
          <w:p w14:paraId="4EBD5DFF" w14:textId="77777777" w:rsidR="00D96E9D" w:rsidRDefault="00000000">
            <w:r>
              <w:rPr>
                <w:sz w:val="20"/>
              </w:rPr>
              <w:t>8. Leximap</w:t>
            </w:r>
          </w:p>
        </w:tc>
        <w:tc>
          <w:tcPr>
            <w:tcW w:w="2880" w:type="dxa"/>
          </w:tcPr>
          <w:p w14:paraId="51CBCDB6" w14:textId="77777777" w:rsidR="00D96E9D" w:rsidRDefault="00000000">
            <w:r>
              <w:rPr>
                <w:sz w:val="20"/>
              </w:rPr>
              <w:t>Leximap landing page</w:t>
            </w:r>
          </w:p>
        </w:tc>
        <w:tc>
          <w:tcPr>
            <w:tcW w:w="2880" w:type="dxa"/>
          </w:tcPr>
          <w:p w14:paraId="129FA34D" w14:textId="77777777" w:rsidR="00D96E9D" w:rsidRDefault="00000000">
            <w:r>
              <w:rPr>
                <w:sz w:val="20"/>
              </w:rPr>
              <w:t>High</w:t>
            </w:r>
          </w:p>
        </w:tc>
      </w:tr>
      <w:tr w:rsidR="00D96E9D" w14:paraId="02168CEA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22D09B27" w14:textId="77777777" w:rsidR="00D96E9D" w:rsidRDefault="00000000">
            <w:r>
              <w:rPr>
                <w:sz w:val="20"/>
              </w:rPr>
              <w:t>8. Leximap</w:t>
            </w:r>
          </w:p>
        </w:tc>
        <w:tc>
          <w:tcPr>
            <w:tcW w:w="2880" w:type="dxa"/>
            <w:shd w:val="clear" w:color="auto" w:fill="F2F2F2"/>
          </w:tcPr>
          <w:p w14:paraId="37DCDC5E" w14:textId="77777777" w:rsidR="00D96E9D" w:rsidRDefault="00000000">
            <w:r>
              <w:rPr>
                <w:sz w:val="20"/>
              </w:rPr>
              <w:t>NER extraction in progress</w:t>
            </w:r>
          </w:p>
        </w:tc>
        <w:tc>
          <w:tcPr>
            <w:tcW w:w="2880" w:type="dxa"/>
            <w:shd w:val="clear" w:color="auto" w:fill="F2F2F2"/>
          </w:tcPr>
          <w:p w14:paraId="2EFEDAA4" w14:textId="77777777" w:rsidR="00D96E9D" w:rsidRDefault="00000000">
            <w:r>
              <w:rPr>
                <w:sz w:val="20"/>
              </w:rPr>
              <w:t>Medium</w:t>
            </w:r>
          </w:p>
        </w:tc>
      </w:tr>
      <w:tr w:rsidR="00D96E9D" w14:paraId="38132E36" w14:textId="77777777">
        <w:trPr>
          <w:jc w:val="center"/>
        </w:trPr>
        <w:tc>
          <w:tcPr>
            <w:tcW w:w="2880" w:type="dxa"/>
          </w:tcPr>
          <w:p w14:paraId="36289D7D" w14:textId="77777777" w:rsidR="00D96E9D" w:rsidRDefault="00000000">
            <w:r>
              <w:rPr>
                <w:sz w:val="20"/>
              </w:rPr>
              <w:t>8. Leximap</w:t>
            </w:r>
          </w:p>
        </w:tc>
        <w:tc>
          <w:tcPr>
            <w:tcW w:w="2880" w:type="dxa"/>
          </w:tcPr>
          <w:p w14:paraId="4F2E8BE5" w14:textId="77777777" w:rsidR="00D96E9D" w:rsidRDefault="00000000">
            <w:r>
              <w:rPr>
                <w:sz w:val="20"/>
              </w:rPr>
              <w:t>Taxonomy review interface</w:t>
            </w:r>
          </w:p>
        </w:tc>
        <w:tc>
          <w:tcPr>
            <w:tcW w:w="2880" w:type="dxa"/>
          </w:tcPr>
          <w:p w14:paraId="47B9A59C" w14:textId="77777777" w:rsidR="00D96E9D" w:rsidRDefault="00000000">
            <w:r>
              <w:rPr>
                <w:sz w:val="20"/>
              </w:rPr>
              <w:t>High</w:t>
            </w:r>
          </w:p>
        </w:tc>
      </w:tr>
      <w:tr w:rsidR="00D96E9D" w14:paraId="06FAD2EF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52E08D9B" w14:textId="77777777" w:rsidR="00D96E9D" w:rsidRDefault="00000000">
            <w:r>
              <w:rPr>
                <w:sz w:val="20"/>
              </w:rPr>
              <w:t>9. Blackkey</w:t>
            </w:r>
          </w:p>
        </w:tc>
        <w:tc>
          <w:tcPr>
            <w:tcW w:w="2880" w:type="dxa"/>
            <w:shd w:val="clear" w:color="auto" w:fill="F2F2F2"/>
          </w:tcPr>
          <w:p w14:paraId="0BA551CC" w14:textId="77777777" w:rsidR="00D96E9D" w:rsidRDefault="00000000">
            <w:r>
              <w:rPr>
                <w:sz w:val="20"/>
              </w:rPr>
              <w:t>Blackkey visual editor</w:t>
            </w:r>
          </w:p>
        </w:tc>
        <w:tc>
          <w:tcPr>
            <w:tcW w:w="2880" w:type="dxa"/>
            <w:shd w:val="clear" w:color="auto" w:fill="F2F2F2"/>
          </w:tcPr>
          <w:p w14:paraId="603FB475" w14:textId="77777777" w:rsidR="00D96E9D" w:rsidRDefault="00000000">
            <w:r>
              <w:rPr>
                <w:sz w:val="20"/>
              </w:rPr>
              <w:t>High</w:t>
            </w:r>
          </w:p>
        </w:tc>
      </w:tr>
      <w:tr w:rsidR="00D96E9D" w14:paraId="496AFA88" w14:textId="77777777">
        <w:trPr>
          <w:jc w:val="center"/>
        </w:trPr>
        <w:tc>
          <w:tcPr>
            <w:tcW w:w="2880" w:type="dxa"/>
          </w:tcPr>
          <w:p w14:paraId="5F7AD9EA" w14:textId="77777777" w:rsidR="00D96E9D" w:rsidRDefault="00000000">
            <w:r>
              <w:rPr>
                <w:sz w:val="20"/>
              </w:rPr>
              <w:t>9. Blackkey</w:t>
            </w:r>
          </w:p>
        </w:tc>
        <w:tc>
          <w:tcPr>
            <w:tcW w:w="2880" w:type="dxa"/>
          </w:tcPr>
          <w:p w14:paraId="0706BD9A" w14:textId="77777777" w:rsidR="00D96E9D" w:rsidRDefault="00000000">
            <w:r>
              <w:rPr>
                <w:sz w:val="20"/>
              </w:rPr>
              <w:t>Class/property management</w:t>
            </w:r>
          </w:p>
        </w:tc>
        <w:tc>
          <w:tcPr>
            <w:tcW w:w="2880" w:type="dxa"/>
          </w:tcPr>
          <w:p w14:paraId="28A47D63" w14:textId="77777777" w:rsidR="00D96E9D" w:rsidRDefault="00000000">
            <w:r>
              <w:rPr>
                <w:sz w:val="20"/>
              </w:rPr>
              <w:t>Medium</w:t>
            </w:r>
          </w:p>
        </w:tc>
      </w:tr>
      <w:tr w:rsidR="00D96E9D" w14:paraId="02AA8FCF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281A1CC2" w14:textId="77777777" w:rsidR="00D96E9D" w:rsidRDefault="00000000">
            <w:r>
              <w:rPr>
                <w:sz w:val="20"/>
              </w:rPr>
              <w:t>10. Knowledge Graph</w:t>
            </w:r>
          </w:p>
        </w:tc>
        <w:tc>
          <w:tcPr>
            <w:tcW w:w="2880" w:type="dxa"/>
            <w:shd w:val="clear" w:color="auto" w:fill="F2F2F2"/>
          </w:tcPr>
          <w:p w14:paraId="0CCE00CB" w14:textId="77777777" w:rsidR="00D96E9D" w:rsidRDefault="00000000">
            <w:r>
              <w:rPr>
                <w:sz w:val="20"/>
              </w:rPr>
              <w:t>Full graph visualization</w:t>
            </w:r>
          </w:p>
        </w:tc>
        <w:tc>
          <w:tcPr>
            <w:tcW w:w="2880" w:type="dxa"/>
            <w:shd w:val="clear" w:color="auto" w:fill="F2F2F2"/>
          </w:tcPr>
          <w:p w14:paraId="560115B4" w14:textId="77777777" w:rsidR="00D96E9D" w:rsidRDefault="00000000">
            <w:r>
              <w:rPr>
                <w:sz w:val="20"/>
              </w:rPr>
              <w:t>High</w:t>
            </w:r>
          </w:p>
        </w:tc>
      </w:tr>
      <w:tr w:rsidR="00D96E9D" w14:paraId="19C8FFF5" w14:textId="77777777">
        <w:trPr>
          <w:jc w:val="center"/>
        </w:trPr>
        <w:tc>
          <w:tcPr>
            <w:tcW w:w="2880" w:type="dxa"/>
          </w:tcPr>
          <w:p w14:paraId="645B9D83" w14:textId="77777777" w:rsidR="00D96E9D" w:rsidRDefault="00000000">
            <w:r>
              <w:rPr>
                <w:sz w:val="20"/>
              </w:rPr>
              <w:t>10. Knowledge Graph</w:t>
            </w:r>
          </w:p>
        </w:tc>
        <w:tc>
          <w:tcPr>
            <w:tcW w:w="2880" w:type="dxa"/>
          </w:tcPr>
          <w:p w14:paraId="29B695F7" w14:textId="77777777" w:rsidR="00D96E9D" w:rsidRDefault="00000000">
            <w:r>
              <w:rPr>
                <w:sz w:val="20"/>
              </w:rPr>
              <w:t>Layout selector</w:t>
            </w:r>
          </w:p>
        </w:tc>
        <w:tc>
          <w:tcPr>
            <w:tcW w:w="2880" w:type="dxa"/>
          </w:tcPr>
          <w:p w14:paraId="5CA3FA5F" w14:textId="77777777" w:rsidR="00D96E9D" w:rsidRDefault="00000000">
            <w:r>
              <w:rPr>
                <w:sz w:val="20"/>
              </w:rPr>
              <w:t>Medium</w:t>
            </w:r>
          </w:p>
        </w:tc>
      </w:tr>
      <w:tr w:rsidR="00D96E9D" w14:paraId="52FF3768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4F100DA1" w14:textId="77777777" w:rsidR="00D96E9D" w:rsidRDefault="00000000">
            <w:r>
              <w:rPr>
                <w:sz w:val="20"/>
              </w:rPr>
              <w:t>10. Knowledge Graph</w:t>
            </w:r>
          </w:p>
        </w:tc>
        <w:tc>
          <w:tcPr>
            <w:tcW w:w="2880" w:type="dxa"/>
            <w:shd w:val="clear" w:color="auto" w:fill="F2F2F2"/>
          </w:tcPr>
          <w:p w14:paraId="35E7B919" w14:textId="77777777" w:rsidR="00D96E9D" w:rsidRDefault="00000000">
            <w:r>
              <w:rPr>
                <w:sz w:val="20"/>
              </w:rPr>
              <w:t>Node tooltip/context menu</w:t>
            </w:r>
          </w:p>
        </w:tc>
        <w:tc>
          <w:tcPr>
            <w:tcW w:w="2880" w:type="dxa"/>
            <w:shd w:val="clear" w:color="auto" w:fill="F2F2F2"/>
          </w:tcPr>
          <w:p w14:paraId="15B4C53B" w14:textId="77777777" w:rsidR="00D96E9D" w:rsidRDefault="00000000">
            <w:r>
              <w:rPr>
                <w:sz w:val="20"/>
              </w:rPr>
              <w:t>Medium</w:t>
            </w:r>
          </w:p>
        </w:tc>
      </w:tr>
      <w:tr w:rsidR="00D96E9D" w14:paraId="51099757" w14:textId="77777777">
        <w:trPr>
          <w:jc w:val="center"/>
        </w:trPr>
        <w:tc>
          <w:tcPr>
            <w:tcW w:w="2880" w:type="dxa"/>
          </w:tcPr>
          <w:p w14:paraId="23FD7BDB" w14:textId="77777777" w:rsidR="00D96E9D" w:rsidRDefault="00000000">
            <w:r>
              <w:rPr>
                <w:sz w:val="20"/>
              </w:rPr>
              <w:t>10. Knowledge Graph</w:t>
            </w:r>
          </w:p>
        </w:tc>
        <w:tc>
          <w:tcPr>
            <w:tcW w:w="2880" w:type="dxa"/>
          </w:tcPr>
          <w:p w14:paraId="4E8549B0" w14:textId="77777777" w:rsidR="00D96E9D" w:rsidRDefault="00000000">
            <w:r>
              <w:rPr>
                <w:sz w:val="20"/>
              </w:rPr>
              <w:t>Filter panel</w:t>
            </w:r>
          </w:p>
        </w:tc>
        <w:tc>
          <w:tcPr>
            <w:tcW w:w="2880" w:type="dxa"/>
          </w:tcPr>
          <w:p w14:paraId="6A68C990" w14:textId="77777777" w:rsidR="00D96E9D" w:rsidRDefault="00000000">
            <w:r>
              <w:rPr>
                <w:sz w:val="20"/>
              </w:rPr>
              <w:t>Medium</w:t>
            </w:r>
          </w:p>
        </w:tc>
      </w:tr>
      <w:tr w:rsidR="00D96E9D" w14:paraId="383659C3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77FFD25F" w14:textId="77777777" w:rsidR="00D96E9D" w:rsidRDefault="00000000">
            <w:r>
              <w:rPr>
                <w:sz w:val="20"/>
              </w:rPr>
              <w:t>11. Queries</w:t>
            </w:r>
          </w:p>
        </w:tc>
        <w:tc>
          <w:tcPr>
            <w:tcW w:w="2880" w:type="dxa"/>
            <w:shd w:val="clear" w:color="auto" w:fill="F2F2F2"/>
          </w:tcPr>
          <w:p w14:paraId="2C368AB0" w14:textId="77777777" w:rsidR="00D96E9D" w:rsidRDefault="00000000">
            <w:r>
              <w:rPr>
                <w:sz w:val="20"/>
              </w:rPr>
              <w:t>SPARQL interface</w:t>
            </w:r>
          </w:p>
        </w:tc>
        <w:tc>
          <w:tcPr>
            <w:tcW w:w="2880" w:type="dxa"/>
            <w:shd w:val="clear" w:color="auto" w:fill="F2F2F2"/>
          </w:tcPr>
          <w:p w14:paraId="4373454C" w14:textId="77777777" w:rsidR="00D96E9D" w:rsidRDefault="00000000">
            <w:r>
              <w:rPr>
                <w:sz w:val="20"/>
              </w:rPr>
              <w:t>High</w:t>
            </w:r>
          </w:p>
        </w:tc>
      </w:tr>
      <w:tr w:rsidR="00D96E9D" w14:paraId="16F9A84E" w14:textId="77777777">
        <w:trPr>
          <w:jc w:val="center"/>
        </w:trPr>
        <w:tc>
          <w:tcPr>
            <w:tcW w:w="2880" w:type="dxa"/>
          </w:tcPr>
          <w:p w14:paraId="181E6FEC" w14:textId="77777777" w:rsidR="00D96E9D" w:rsidRDefault="00000000">
            <w:r>
              <w:rPr>
                <w:sz w:val="20"/>
              </w:rPr>
              <w:t>11. Queries</w:t>
            </w:r>
          </w:p>
        </w:tc>
        <w:tc>
          <w:tcPr>
            <w:tcW w:w="2880" w:type="dxa"/>
          </w:tcPr>
          <w:p w14:paraId="62B881A8" w14:textId="77777777" w:rsidR="00D96E9D" w:rsidRDefault="00000000">
            <w:r>
              <w:rPr>
                <w:sz w:val="20"/>
              </w:rPr>
              <w:t>Save query dialog</w:t>
            </w:r>
          </w:p>
        </w:tc>
        <w:tc>
          <w:tcPr>
            <w:tcW w:w="2880" w:type="dxa"/>
          </w:tcPr>
          <w:p w14:paraId="5B52EA76" w14:textId="77777777" w:rsidR="00D96E9D" w:rsidRDefault="00000000">
            <w:r>
              <w:rPr>
                <w:sz w:val="20"/>
              </w:rPr>
              <w:t>Low</w:t>
            </w:r>
          </w:p>
        </w:tc>
      </w:tr>
      <w:tr w:rsidR="00D96E9D" w14:paraId="2C29C53A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02BA8059" w14:textId="77777777" w:rsidR="00D96E9D" w:rsidRDefault="00000000">
            <w:r>
              <w:rPr>
                <w:sz w:val="20"/>
              </w:rPr>
              <w:t>12. Reports</w:t>
            </w:r>
          </w:p>
        </w:tc>
        <w:tc>
          <w:tcPr>
            <w:tcW w:w="2880" w:type="dxa"/>
            <w:shd w:val="clear" w:color="auto" w:fill="F2F2F2"/>
          </w:tcPr>
          <w:p w14:paraId="47DA78CD" w14:textId="77777777" w:rsidR="00D96E9D" w:rsidRDefault="00000000">
            <w:r>
              <w:rPr>
                <w:sz w:val="20"/>
              </w:rPr>
              <w:t>Reports section</w:t>
            </w:r>
          </w:p>
        </w:tc>
        <w:tc>
          <w:tcPr>
            <w:tcW w:w="2880" w:type="dxa"/>
            <w:shd w:val="clear" w:color="auto" w:fill="F2F2F2"/>
          </w:tcPr>
          <w:p w14:paraId="2359193C" w14:textId="77777777" w:rsidR="00D96E9D" w:rsidRDefault="00000000">
            <w:r>
              <w:rPr>
                <w:sz w:val="20"/>
              </w:rPr>
              <w:t>High</w:t>
            </w:r>
          </w:p>
        </w:tc>
      </w:tr>
      <w:tr w:rsidR="00D96E9D" w14:paraId="1C2990AF" w14:textId="77777777">
        <w:trPr>
          <w:jc w:val="center"/>
        </w:trPr>
        <w:tc>
          <w:tcPr>
            <w:tcW w:w="2880" w:type="dxa"/>
          </w:tcPr>
          <w:p w14:paraId="597FFEE9" w14:textId="77777777" w:rsidR="00D96E9D" w:rsidRDefault="00000000">
            <w:r>
              <w:rPr>
                <w:sz w:val="20"/>
              </w:rPr>
              <w:t>12. Reports</w:t>
            </w:r>
          </w:p>
        </w:tc>
        <w:tc>
          <w:tcPr>
            <w:tcW w:w="2880" w:type="dxa"/>
          </w:tcPr>
          <w:p w14:paraId="1E631D5E" w14:textId="77777777" w:rsidR="00D96E9D" w:rsidRDefault="00000000">
            <w:r>
              <w:rPr>
                <w:sz w:val="20"/>
              </w:rPr>
              <w:t>Export options</w:t>
            </w:r>
          </w:p>
        </w:tc>
        <w:tc>
          <w:tcPr>
            <w:tcW w:w="2880" w:type="dxa"/>
          </w:tcPr>
          <w:p w14:paraId="5B6A6821" w14:textId="77777777" w:rsidR="00D96E9D" w:rsidRDefault="00000000">
            <w:r>
              <w:rPr>
                <w:sz w:val="20"/>
              </w:rPr>
              <w:t>Medium</w:t>
            </w:r>
          </w:p>
        </w:tc>
      </w:tr>
      <w:tr w:rsidR="00D96E9D" w14:paraId="06DD00D2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01A04320" w14:textId="77777777" w:rsidR="00D96E9D" w:rsidRDefault="00000000">
            <w:r>
              <w:rPr>
                <w:sz w:val="20"/>
              </w:rPr>
              <w:t>12. Reports</w:t>
            </w:r>
          </w:p>
        </w:tc>
        <w:tc>
          <w:tcPr>
            <w:tcW w:w="2880" w:type="dxa"/>
            <w:shd w:val="clear" w:color="auto" w:fill="F2F2F2"/>
          </w:tcPr>
          <w:p w14:paraId="7C3BC2EA" w14:textId="77777777" w:rsidR="00D96E9D" w:rsidRDefault="00000000">
            <w:r>
              <w:rPr>
                <w:sz w:val="20"/>
              </w:rPr>
              <w:t>Validation results</w:t>
            </w:r>
          </w:p>
        </w:tc>
        <w:tc>
          <w:tcPr>
            <w:tcW w:w="2880" w:type="dxa"/>
            <w:shd w:val="clear" w:color="auto" w:fill="F2F2F2"/>
          </w:tcPr>
          <w:p w14:paraId="1BB1963A" w14:textId="77777777" w:rsidR="00D96E9D" w:rsidRDefault="00000000">
            <w:r>
              <w:rPr>
                <w:sz w:val="20"/>
              </w:rPr>
              <w:t>High</w:t>
            </w:r>
          </w:p>
        </w:tc>
      </w:tr>
      <w:tr w:rsidR="00D96E9D" w14:paraId="47237812" w14:textId="77777777">
        <w:trPr>
          <w:jc w:val="center"/>
        </w:trPr>
        <w:tc>
          <w:tcPr>
            <w:tcW w:w="2880" w:type="dxa"/>
          </w:tcPr>
          <w:p w14:paraId="67753248" w14:textId="77777777" w:rsidR="00D96E9D" w:rsidRDefault="00000000">
            <w:r>
              <w:rPr>
                <w:sz w:val="20"/>
              </w:rPr>
              <w:t>13. Workspaces</w:t>
            </w:r>
          </w:p>
        </w:tc>
        <w:tc>
          <w:tcPr>
            <w:tcW w:w="2880" w:type="dxa"/>
          </w:tcPr>
          <w:p w14:paraId="1616E4A0" w14:textId="77777777" w:rsidR="00D96E9D" w:rsidRDefault="00000000">
            <w:r>
              <w:rPr>
                <w:sz w:val="20"/>
              </w:rPr>
              <w:t>Workspace with widgets</w:t>
            </w:r>
          </w:p>
        </w:tc>
        <w:tc>
          <w:tcPr>
            <w:tcW w:w="2880" w:type="dxa"/>
          </w:tcPr>
          <w:p w14:paraId="074D9A42" w14:textId="77777777" w:rsidR="00D96E9D" w:rsidRDefault="00000000">
            <w:r>
              <w:rPr>
                <w:sz w:val="20"/>
              </w:rPr>
              <w:t>High</w:t>
            </w:r>
          </w:p>
        </w:tc>
      </w:tr>
      <w:tr w:rsidR="00D96E9D" w14:paraId="476204CB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36C216D1" w14:textId="77777777" w:rsidR="00D96E9D" w:rsidRDefault="00000000">
            <w:r>
              <w:rPr>
                <w:sz w:val="20"/>
              </w:rPr>
              <w:t>13. Workspaces</w:t>
            </w:r>
          </w:p>
        </w:tc>
        <w:tc>
          <w:tcPr>
            <w:tcW w:w="2880" w:type="dxa"/>
            <w:shd w:val="clear" w:color="auto" w:fill="F2F2F2"/>
          </w:tcPr>
          <w:p w14:paraId="4EF22651" w14:textId="77777777" w:rsidR="00D96E9D" w:rsidRDefault="00000000">
            <w:r>
              <w:rPr>
                <w:sz w:val="20"/>
              </w:rPr>
              <w:t>Create workspace dialog</w:t>
            </w:r>
          </w:p>
        </w:tc>
        <w:tc>
          <w:tcPr>
            <w:tcW w:w="2880" w:type="dxa"/>
            <w:shd w:val="clear" w:color="auto" w:fill="F2F2F2"/>
          </w:tcPr>
          <w:p w14:paraId="3AB4DBD3" w14:textId="77777777" w:rsidR="00D96E9D" w:rsidRDefault="00000000">
            <w:r>
              <w:rPr>
                <w:sz w:val="20"/>
              </w:rPr>
              <w:t>Medium</w:t>
            </w:r>
          </w:p>
        </w:tc>
      </w:tr>
      <w:tr w:rsidR="00D96E9D" w14:paraId="6881D547" w14:textId="77777777">
        <w:trPr>
          <w:jc w:val="center"/>
        </w:trPr>
        <w:tc>
          <w:tcPr>
            <w:tcW w:w="2880" w:type="dxa"/>
          </w:tcPr>
          <w:p w14:paraId="165EC31B" w14:textId="77777777" w:rsidR="00D96E9D" w:rsidRDefault="00000000">
            <w:r>
              <w:rPr>
                <w:sz w:val="20"/>
              </w:rPr>
              <w:t>13. Workspaces</w:t>
            </w:r>
          </w:p>
        </w:tc>
        <w:tc>
          <w:tcPr>
            <w:tcW w:w="2880" w:type="dxa"/>
          </w:tcPr>
          <w:p w14:paraId="4C6F90BD" w14:textId="77777777" w:rsidR="00D96E9D" w:rsidRDefault="00000000">
            <w:r>
              <w:rPr>
                <w:sz w:val="20"/>
              </w:rPr>
              <w:t>Widget resize/drag</w:t>
            </w:r>
          </w:p>
        </w:tc>
        <w:tc>
          <w:tcPr>
            <w:tcW w:w="2880" w:type="dxa"/>
          </w:tcPr>
          <w:p w14:paraId="6F1089C2" w14:textId="77777777" w:rsidR="00D96E9D" w:rsidRDefault="00000000">
            <w:r>
              <w:rPr>
                <w:sz w:val="20"/>
              </w:rPr>
              <w:t>Low</w:t>
            </w:r>
          </w:p>
        </w:tc>
      </w:tr>
      <w:tr w:rsidR="00D96E9D" w14:paraId="7C0DCA25" w14:textId="77777777">
        <w:trPr>
          <w:jc w:val="center"/>
        </w:trPr>
        <w:tc>
          <w:tcPr>
            <w:tcW w:w="2880" w:type="dxa"/>
            <w:shd w:val="clear" w:color="auto" w:fill="F2F2F2"/>
          </w:tcPr>
          <w:p w14:paraId="57E00418" w14:textId="77777777" w:rsidR="00D96E9D" w:rsidRDefault="00000000">
            <w:r>
              <w:rPr>
                <w:sz w:val="20"/>
              </w:rPr>
              <w:t>14. Settings</w:t>
            </w:r>
          </w:p>
        </w:tc>
        <w:tc>
          <w:tcPr>
            <w:tcW w:w="2880" w:type="dxa"/>
            <w:shd w:val="clear" w:color="auto" w:fill="F2F2F2"/>
          </w:tcPr>
          <w:p w14:paraId="4809FDDC" w14:textId="77777777" w:rsidR="00D96E9D" w:rsidRDefault="00000000">
            <w:r>
              <w:rPr>
                <w:sz w:val="20"/>
              </w:rPr>
              <w:t>Account settings</w:t>
            </w:r>
          </w:p>
        </w:tc>
        <w:tc>
          <w:tcPr>
            <w:tcW w:w="2880" w:type="dxa"/>
            <w:shd w:val="clear" w:color="auto" w:fill="F2F2F2"/>
          </w:tcPr>
          <w:p w14:paraId="425CC567" w14:textId="77777777" w:rsidR="00D96E9D" w:rsidRDefault="00000000">
            <w:r>
              <w:rPr>
                <w:sz w:val="20"/>
              </w:rPr>
              <w:t>Medium</w:t>
            </w:r>
          </w:p>
        </w:tc>
      </w:tr>
      <w:tr w:rsidR="00D96E9D" w14:paraId="70E59622" w14:textId="77777777">
        <w:trPr>
          <w:jc w:val="center"/>
        </w:trPr>
        <w:tc>
          <w:tcPr>
            <w:tcW w:w="2880" w:type="dxa"/>
          </w:tcPr>
          <w:p w14:paraId="3810E374" w14:textId="77777777" w:rsidR="00D96E9D" w:rsidRDefault="00000000">
            <w:r>
              <w:rPr>
                <w:sz w:val="20"/>
              </w:rPr>
              <w:t>14. Settings</w:t>
            </w:r>
          </w:p>
        </w:tc>
        <w:tc>
          <w:tcPr>
            <w:tcW w:w="2880" w:type="dxa"/>
          </w:tcPr>
          <w:p w14:paraId="7AF2B646" w14:textId="77777777" w:rsidR="00D96E9D" w:rsidRDefault="00000000">
            <w:r>
              <w:rPr>
                <w:sz w:val="20"/>
              </w:rPr>
              <w:t>Project settings</w:t>
            </w:r>
          </w:p>
        </w:tc>
        <w:tc>
          <w:tcPr>
            <w:tcW w:w="2880" w:type="dxa"/>
          </w:tcPr>
          <w:p w14:paraId="4C47932A" w14:textId="77777777" w:rsidR="00D96E9D" w:rsidRDefault="00000000">
            <w:r>
              <w:rPr>
                <w:sz w:val="20"/>
              </w:rPr>
              <w:t>Medium</w:t>
            </w:r>
          </w:p>
        </w:tc>
      </w:tr>
    </w:tbl>
    <w:p w14:paraId="32BD9B6D" w14:textId="77777777" w:rsidR="00D96E9D" w:rsidRDefault="00000000">
      <w:r>
        <w:t>__________________________________________________</w:t>
      </w:r>
    </w:p>
    <w:p w14:paraId="2F006EDA" w14:textId="77777777" w:rsidR="00D96E9D" w:rsidRDefault="00000000">
      <w:pPr>
        <w:jc w:val="center"/>
      </w:pPr>
      <w:r>
        <w:rPr>
          <w:i/>
        </w:rPr>
        <w:t>Ontos Cosmos User Guide - Version 1.1 (Enhanced)</w:t>
      </w:r>
    </w:p>
    <w:p w14:paraId="3EA97B42" w14:textId="77777777" w:rsidR="00D96E9D" w:rsidRDefault="00000000">
      <w:pPr>
        <w:jc w:val="center"/>
      </w:pPr>
      <w:r>
        <w:rPr>
          <w:i/>
          <w:color w:val="808080"/>
          <w:sz w:val="18"/>
        </w:rPr>
        <w:t>Copyright 2025 WTI Solutions</w:t>
      </w:r>
    </w:p>
    <w:p w14:paraId="06EA798F" w14:textId="77777777" w:rsidR="00D96E9D" w:rsidRDefault="00000000">
      <w:pPr>
        <w:jc w:val="center"/>
      </w:pPr>
      <w:r>
        <w:rPr>
          <w:i/>
          <w:color w:val="808080"/>
          <w:sz w:val="18"/>
        </w:rPr>
        <w:t>Last Updated: January 2025</w:t>
      </w:r>
    </w:p>
    <w:sectPr w:rsidR="00D96E9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55690614">
    <w:abstractNumId w:val="8"/>
  </w:num>
  <w:num w:numId="2" w16cid:durableId="1213151369">
    <w:abstractNumId w:val="6"/>
  </w:num>
  <w:num w:numId="3" w16cid:durableId="1416634736">
    <w:abstractNumId w:val="5"/>
  </w:num>
  <w:num w:numId="4" w16cid:durableId="1953051535">
    <w:abstractNumId w:val="4"/>
  </w:num>
  <w:num w:numId="5" w16cid:durableId="734008495">
    <w:abstractNumId w:val="7"/>
  </w:num>
  <w:num w:numId="6" w16cid:durableId="1238006878">
    <w:abstractNumId w:val="3"/>
  </w:num>
  <w:num w:numId="7" w16cid:durableId="1215236980">
    <w:abstractNumId w:val="2"/>
  </w:num>
  <w:num w:numId="8" w16cid:durableId="34894265">
    <w:abstractNumId w:val="1"/>
  </w:num>
  <w:num w:numId="9" w16cid:durableId="193856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D175E"/>
    <w:rsid w:val="002702C1"/>
    <w:rsid w:val="0029639D"/>
    <w:rsid w:val="002F3A07"/>
    <w:rsid w:val="00325D81"/>
    <w:rsid w:val="00326F90"/>
    <w:rsid w:val="003865DB"/>
    <w:rsid w:val="00562680"/>
    <w:rsid w:val="0061417A"/>
    <w:rsid w:val="00661373"/>
    <w:rsid w:val="006925D9"/>
    <w:rsid w:val="00781A7D"/>
    <w:rsid w:val="00926A42"/>
    <w:rsid w:val="00AA1D8D"/>
    <w:rsid w:val="00AA6063"/>
    <w:rsid w:val="00B47730"/>
    <w:rsid w:val="00B80AD0"/>
    <w:rsid w:val="00BF2277"/>
    <w:rsid w:val="00CB0664"/>
    <w:rsid w:val="00CD55B7"/>
    <w:rsid w:val="00D96E9D"/>
    <w:rsid w:val="00E2797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D6E2EF"/>
  <w14:defaultImageDpi w14:val="300"/>
  <w15:docId w15:val="{E765D5F7-A33A-FD48-B421-CB1297A00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D17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17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D175E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17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175E"/>
    <w:rPr>
      <w:rFonts w:ascii="Calibri" w:hAnsi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28</Pages>
  <Words>4146</Words>
  <Characters>23638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27729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John Suit</cp:lastModifiedBy>
  <cp:revision>4</cp:revision>
  <dcterms:created xsi:type="dcterms:W3CDTF">2026-01-27T17:21:00Z</dcterms:created>
  <dcterms:modified xsi:type="dcterms:W3CDTF">2026-01-27T17:49:00Z</dcterms:modified>
  <cp:category/>
</cp:coreProperties>
</file>